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F6835A" w14:textId="77777777" w:rsidR="00355191" w:rsidRPr="00460DEE" w:rsidRDefault="009E7ED1">
      <w:pPr>
        <w:spacing w:after="40" w:line="360" w:lineRule="auto"/>
        <w:jc w:val="center"/>
        <w:rPr>
          <w:sz w:val="28"/>
          <w:szCs w:val="28"/>
        </w:rPr>
      </w:pPr>
      <w:r w:rsidRPr="00460DEE">
        <w:rPr>
          <w:b/>
          <w:sz w:val="28"/>
          <w:szCs w:val="28"/>
        </w:rPr>
        <w:t>MINISTRY OF HIGHER EDUCATION, SCIENCE AND INNOVATIONS OF THE REPUBLIC OF UZBEKISTAN</w:t>
      </w:r>
    </w:p>
    <w:p w14:paraId="1619CE98" w14:textId="77777777" w:rsidR="00355191" w:rsidRPr="00460DEE" w:rsidRDefault="009E7ED1">
      <w:pPr>
        <w:spacing w:after="360" w:line="360" w:lineRule="auto"/>
        <w:jc w:val="center"/>
        <w:rPr>
          <w:b/>
          <w:sz w:val="28"/>
          <w:szCs w:val="28"/>
          <w:lang w:val="uz-Cyrl-UZ"/>
        </w:rPr>
      </w:pPr>
      <w:r w:rsidRPr="00460DEE">
        <w:rPr>
          <w:b/>
          <w:sz w:val="28"/>
          <w:szCs w:val="28"/>
        </w:rPr>
        <w:t>GULISTON STATE UNIVERSITY</w:t>
      </w:r>
    </w:p>
    <w:p w14:paraId="0748D224" w14:textId="77777777" w:rsidR="00542D49" w:rsidRPr="00460DEE" w:rsidRDefault="00542D49">
      <w:pPr>
        <w:spacing w:after="360" w:line="360" w:lineRule="auto"/>
        <w:jc w:val="center"/>
        <w:rPr>
          <w:sz w:val="28"/>
          <w:szCs w:val="28"/>
          <w:lang w:val="uz-Cyrl-UZ"/>
        </w:rPr>
      </w:pPr>
    </w:p>
    <w:tbl>
      <w:tblPr>
        <w:tblW w:w="0" w:type="auto"/>
        <w:jc w:val="center"/>
        <w:tblLayout w:type="fixed"/>
        <w:tblLook w:val="04A0" w:firstRow="1" w:lastRow="0" w:firstColumn="1" w:lastColumn="0" w:noHBand="0" w:noVBand="1"/>
      </w:tblPr>
      <w:tblGrid>
        <w:gridCol w:w="4845"/>
        <w:gridCol w:w="4845"/>
      </w:tblGrid>
      <w:tr w:rsidR="00355191" w:rsidRPr="00460DEE" w14:paraId="680F8388" w14:textId="77777777">
        <w:trPr>
          <w:jc w:val="center"/>
        </w:trPr>
        <w:tc>
          <w:tcPr>
            <w:tcW w:w="4845" w:type="dxa"/>
          </w:tcPr>
          <w:p w14:paraId="771747DA" w14:textId="2A9B81E2" w:rsidR="00355191" w:rsidRPr="00460DEE" w:rsidRDefault="00355191">
            <w:pPr>
              <w:rPr>
                <w:sz w:val="28"/>
                <w:szCs w:val="28"/>
              </w:rPr>
            </w:pPr>
          </w:p>
        </w:tc>
        <w:tc>
          <w:tcPr>
            <w:tcW w:w="4845" w:type="dxa"/>
          </w:tcPr>
          <w:p w14:paraId="532C5D98" w14:textId="354EC9AB" w:rsidR="00355191" w:rsidRPr="00460DEE" w:rsidRDefault="00355191">
            <w:pPr>
              <w:rPr>
                <w:sz w:val="28"/>
                <w:szCs w:val="28"/>
              </w:rPr>
            </w:pPr>
          </w:p>
        </w:tc>
      </w:tr>
    </w:tbl>
    <w:p w14:paraId="3635E727" w14:textId="77777777" w:rsidR="00355191" w:rsidRPr="00460DEE" w:rsidRDefault="00355191">
      <w:pPr>
        <w:spacing w:after="240"/>
        <w:rPr>
          <w:sz w:val="28"/>
          <w:szCs w:val="28"/>
          <w:lang w:val="uz-Cyrl-UZ"/>
        </w:rPr>
      </w:pPr>
    </w:p>
    <w:p w14:paraId="765532C2" w14:textId="77777777" w:rsidR="009F3FCB" w:rsidRPr="00460DEE" w:rsidRDefault="009F3FCB" w:rsidP="009F3FCB">
      <w:pPr>
        <w:spacing w:after="480" w:line="360" w:lineRule="auto"/>
        <w:jc w:val="center"/>
        <w:rPr>
          <w:sz w:val="28"/>
          <w:szCs w:val="28"/>
        </w:rPr>
      </w:pPr>
      <w:r w:rsidRPr="00460DEE">
        <w:rPr>
          <w:b/>
          <w:sz w:val="28"/>
          <w:szCs w:val="28"/>
        </w:rPr>
        <w:t xml:space="preserve">61010100-for </w:t>
      </w:r>
      <w:proofErr w:type="gramStart"/>
      <w:r w:rsidRPr="00460DEE">
        <w:rPr>
          <w:b/>
          <w:sz w:val="28"/>
          <w:szCs w:val="28"/>
        </w:rPr>
        <w:t>2</w:t>
      </w:r>
      <w:r w:rsidRPr="00460DEE">
        <w:rPr>
          <w:b/>
          <w:sz w:val="28"/>
          <w:szCs w:val="28"/>
          <w:vertAlign w:val="superscript"/>
        </w:rPr>
        <w:t>nd</w:t>
      </w:r>
      <w:proofErr w:type="gramEnd"/>
      <w:r w:rsidRPr="00460DEE">
        <w:rPr>
          <w:b/>
          <w:sz w:val="28"/>
          <w:szCs w:val="28"/>
        </w:rPr>
        <w:t xml:space="preserve"> -year students specializing in Tourism and Hospitality</w:t>
      </w:r>
    </w:p>
    <w:p w14:paraId="6B617C45" w14:textId="4B719F7D" w:rsidR="0020351E" w:rsidRPr="00460DEE" w:rsidRDefault="0020351E" w:rsidP="0020351E">
      <w:pPr>
        <w:spacing w:after="240"/>
        <w:jc w:val="center"/>
        <w:rPr>
          <w:rFonts w:cs="Times New Roman"/>
          <w:b/>
          <w:sz w:val="28"/>
          <w:szCs w:val="28"/>
        </w:rPr>
      </w:pPr>
      <w:r w:rsidRPr="00460DEE">
        <w:rPr>
          <w:rFonts w:cs="Times New Roman"/>
          <w:b/>
          <w:sz w:val="28"/>
          <w:szCs w:val="28"/>
        </w:rPr>
        <w:t>METHODOLOGICAL GUIDELINES AND PROGRAMME FOR</w:t>
      </w:r>
    </w:p>
    <w:p w14:paraId="1ECB4314" w14:textId="3E700AF7" w:rsidR="00542D49" w:rsidRPr="00460DEE" w:rsidRDefault="0020351E" w:rsidP="0020351E">
      <w:pPr>
        <w:spacing w:after="240"/>
        <w:jc w:val="center"/>
        <w:rPr>
          <w:sz w:val="28"/>
          <w:szCs w:val="28"/>
        </w:rPr>
      </w:pPr>
      <w:r w:rsidRPr="00460DEE">
        <w:rPr>
          <w:rFonts w:cs="Times New Roman"/>
          <w:b/>
          <w:sz w:val="28"/>
          <w:szCs w:val="28"/>
        </w:rPr>
        <w:t>QUALIFICATION AND RESEARCH INTERNSHIP</w:t>
      </w:r>
    </w:p>
    <w:p w14:paraId="7FAAEBF1" w14:textId="77777777" w:rsidR="00542D49" w:rsidRPr="00460DEE" w:rsidRDefault="00542D49">
      <w:pPr>
        <w:spacing w:after="240"/>
        <w:rPr>
          <w:sz w:val="28"/>
          <w:szCs w:val="28"/>
          <w:lang w:val="uz-Cyrl-UZ"/>
        </w:rPr>
      </w:pPr>
    </w:p>
    <w:p w14:paraId="4537F34E" w14:textId="77777777" w:rsidR="00542D49" w:rsidRDefault="00542D49">
      <w:pPr>
        <w:spacing w:after="480" w:line="360" w:lineRule="auto"/>
        <w:jc w:val="center"/>
        <w:rPr>
          <w:b/>
          <w:lang w:val="uz-Cyrl-UZ"/>
        </w:rPr>
      </w:pPr>
    </w:p>
    <w:p w14:paraId="0C5E368F" w14:textId="77777777" w:rsidR="00542D49" w:rsidRDefault="00542D49">
      <w:pPr>
        <w:spacing w:after="480" w:line="360" w:lineRule="auto"/>
        <w:jc w:val="center"/>
        <w:rPr>
          <w:b/>
          <w:lang w:val="uz-Cyrl-UZ"/>
        </w:rPr>
      </w:pPr>
    </w:p>
    <w:p w14:paraId="525EFF54" w14:textId="77777777" w:rsidR="00542D49" w:rsidRDefault="00542D49">
      <w:pPr>
        <w:spacing w:after="480" w:line="360" w:lineRule="auto"/>
        <w:jc w:val="center"/>
        <w:rPr>
          <w:b/>
          <w:lang w:val="uz-Cyrl-UZ"/>
        </w:rPr>
      </w:pPr>
    </w:p>
    <w:p w14:paraId="48A3894F" w14:textId="77777777" w:rsidR="00542D49" w:rsidRDefault="00542D49">
      <w:pPr>
        <w:spacing w:after="480" w:line="360" w:lineRule="auto"/>
        <w:jc w:val="center"/>
        <w:rPr>
          <w:b/>
          <w:lang w:val="uz-Cyrl-UZ"/>
        </w:rPr>
      </w:pPr>
    </w:p>
    <w:p w14:paraId="1A4ECF17" w14:textId="77777777" w:rsidR="00542D49" w:rsidRDefault="00542D49">
      <w:pPr>
        <w:spacing w:after="480" w:line="360" w:lineRule="auto"/>
        <w:jc w:val="center"/>
        <w:rPr>
          <w:b/>
          <w:lang w:val="uz-Cyrl-UZ"/>
        </w:rPr>
      </w:pPr>
    </w:p>
    <w:p w14:paraId="3CE0F4DA" w14:textId="77777777" w:rsidR="0020351E" w:rsidRDefault="0020351E">
      <w:pPr>
        <w:spacing w:after="480" w:line="360" w:lineRule="auto"/>
        <w:jc w:val="center"/>
        <w:rPr>
          <w:b/>
        </w:rPr>
      </w:pPr>
    </w:p>
    <w:p w14:paraId="26FCA842" w14:textId="77777777" w:rsidR="0020351E" w:rsidRDefault="0020351E">
      <w:pPr>
        <w:spacing w:after="480" w:line="360" w:lineRule="auto"/>
        <w:jc w:val="center"/>
        <w:rPr>
          <w:b/>
        </w:rPr>
      </w:pPr>
    </w:p>
    <w:p w14:paraId="12870516" w14:textId="1D1E1AF3" w:rsidR="00355191" w:rsidRPr="00460DEE" w:rsidRDefault="009E7ED1">
      <w:pPr>
        <w:spacing w:after="480" w:line="360" w:lineRule="auto"/>
        <w:jc w:val="center"/>
        <w:rPr>
          <w:sz w:val="28"/>
          <w:szCs w:val="28"/>
        </w:rPr>
      </w:pPr>
      <w:proofErr w:type="spellStart"/>
      <w:r w:rsidRPr="00460DEE">
        <w:rPr>
          <w:b/>
          <w:sz w:val="28"/>
          <w:szCs w:val="28"/>
        </w:rPr>
        <w:t>Guliston</w:t>
      </w:r>
      <w:proofErr w:type="spellEnd"/>
      <w:r w:rsidRPr="00460DEE">
        <w:rPr>
          <w:b/>
          <w:sz w:val="28"/>
          <w:szCs w:val="28"/>
        </w:rPr>
        <w:t xml:space="preserve"> - 2026</w:t>
      </w:r>
    </w:p>
    <w:p w14:paraId="0B09CCF4" w14:textId="6AD83EC7" w:rsidR="00A57DB2" w:rsidRDefault="0020351E" w:rsidP="00542D49">
      <w:pPr>
        <w:spacing w:after="0" w:line="240" w:lineRule="auto"/>
        <w:jc w:val="center"/>
        <w:rPr>
          <w:b/>
        </w:rPr>
      </w:pPr>
      <w:proofErr w:type="spellStart"/>
      <w:r w:rsidRPr="00460DEE">
        <w:rPr>
          <w:b/>
          <w:sz w:val="28"/>
          <w:szCs w:val="28"/>
        </w:rPr>
        <w:lastRenderedPageBreak/>
        <w:t>Programme</w:t>
      </w:r>
      <w:proofErr w:type="spellEnd"/>
      <w:r w:rsidRPr="00460DEE">
        <w:rPr>
          <w:b/>
          <w:sz w:val="28"/>
          <w:szCs w:val="28"/>
        </w:rPr>
        <w:t xml:space="preserve"> for Qualific</w:t>
      </w:r>
      <w:bookmarkStart w:id="0" w:name="_GoBack"/>
      <w:bookmarkEnd w:id="0"/>
      <w:r w:rsidRPr="00460DEE">
        <w:rPr>
          <w:b/>
          <w:sz w:val="28"/>
          <w:szCs w:val="28"/>
        </w:rPr>
        <w:t xml:space="preserve">ation Internship for </w:t>
      </w:r>
      <w:r w:rsidR="002B4D70" w:rsidRPr="002B4D70">
        <w:rPr>
          <w:rFonts w:cs="Times New Roman"/>
          <w:b/>
          <w:bCs/>
          <w:sz w:val="28"/>
          <w:szCs w:val="28"/>
        </w:rPr>
        <w:t>2-</w:t>
      </w:r>
      <w:r w:rsidR="002B4D70" w:rsidRPr="002B4D70">
        <w:rPr>
          <w:b/>
          <w:sz w:val="28"/>
          <w:szCs w:val="28"/>
        </w:rPr>
        <w:t>nd</w:t>
      </w:r>
      <w:r w:rsidR="002B4D70" w:rsidRPr="00460DEE">
        <w:rPr>
          <w:b/>
          <w:sz w:val="28"/>
          <w:szCs w:val="28"/>
        </w:rPr>
        <w:t xml:space="preserve"> </w:t>
      </w:r>
      <w:r w:rsidRPr="00460DEE">
        <w:rPr>
          <w:b/>
          <w:sz w:val="28"/>
          <w:szCs w:val="28"/>
        </w:rPr>
        <w:t xml:space="preserve">-Year Students of the Tourism and Hospitality </w:t>
      </w:r>
      <w:proofErr w:type="spellStart"/>
      <w:r w:rsidRPr="00460DEE">
        <w:rPr>
          <w:b/>
          <w:sz w:val="28"/>
          <w:szCs w:val="28"/>
        </w:rPr>
        <w:t>Programme</w:t>
      </w:r>
      <w:proofErr w:type="spellEnd"/>
      <w:r w:rsidRPr="00460DEE">
        <w:rPr>
          <w:b/>
          <w:sz w:val="28"/>
          <w:szCs w:val="28"/>
        </w:rPr>
        <w:t xml:space="preserve">. </w:t>
      </w:r>
      <w:proofErr w:type="spellStart"/>
      <w:r w:rsidRPr="00460DEE">
        <w:rPr>
          <w:b/>
          <w:sz w:val="28"/>
          <w:szCs w:val="28"/>
        </w:rPr>
        <w:t>GulSU</w:t>
      </w:r>
      <w:proofErr w:type="spellEnd"/>
      <w:r w:rsidRPr="00460DEE">
        <w:rPr>
          <w:b/>
          <w:sz w:val="28"/>
          <w:szCs w:val="28"/>
        </w:rPr>
        <w:t xml:space="preserve">, 2026. </w:t>
      </w:r>
      <w:proofErr w:type="gramStart"/>
      <w:r w:rsidR="00BA2466">
        <w:rPr>
          <w:b/>
          <w:sz w:val="28"/>
          <w:szCs w:val="28"/>
        </w:rPr>
        <w:t>2</w:t>
      </w:r>
      <w:r w:rsidR="009E7ED1" w:rsidRPr="002B4D70">
        <w:rPr>
          <w:b/>
          <w:sz w:val="28"/>
          <w:szCs w:val="28"/>
        </w:rPr>
        <w:t>0</w:t>
      </w:r>
      <w:proofErr w:type="gramEnd"/>
      <w:r w:rsidRPr="00460DEE">
        <w:rPr>
          <w:b/>
          <w:sz w:val="28"/>
          <w:szCs w:val="28"/>
        </w:rPr>
        <w:t xml:space="preserve"> p.</w:t>
      </w:r>
      <w:r w:rsidRPr="00460DEE">
        <w:rPr>
          <w:sz w:val="28"/>
          <w:szCs w:val="28"/>
        </w:rPr>
        <w:br/>
      </w:r>
      <w:r>
        <w:br/>
      </w:r>
      <w:r>
        <w:br/>
      </w:r>
    </w:p>
    <w:p w14:paraId="69B7A9E6" w14:textId="77777777" w:rsidR="00A57DB2" w:rsidRDefault="00A57DB2" w:rsidP="00542D49">
      <w:pPr>
        <w:spacing w:after="0" w:line="240" w:lineRule="auto"/>
        <w:jc w:val="center"/>
        <w:rPr>
          <w:b/>
        </w:rPr>
      </w:pPr>
    </w:p>
    <w:p w14:paraId="364A38D0" w14:textId="77777777" w:rsidR="00A57DB2" w:rsidRDefault="00A57DB2" w:rsidP="00542D49">
      <w:pPr>
        <w:spacing w:after="0" w:line="240" w:lineRule="auto"/>
        <w:jc w:val="center"/>
        <w:rPr>
          <w:b/>
        </w:rPr>
      </w:pPr>
    </w:p>
    <w:p w14:paraId="3CC8E59F" w14:textId="77777777" w:rsidR="00A57DB2" w:rsidRDefault="00A57DB2" w:rsidP="00A57DB2">
      <w:pPr>
        <w:spacing w:after="0" w:line="240" w:lineRule="auto"/>
        <w:rPr>
          <w:b/>
        </w:rPr>
      </w:pPr>
    </w:p>
    <w:p w14:paraId="50029F55" w14:textId="77777777" w:rsidR="00A57DB2" w:rsidRDefault="00A57DB2" w:rsidP="00A57DB2">
      <w:pPr>
        <w:spacing w:after="0" w:line="240" w:lineRule="auto"/>
        <w:rPr>
          <w:b/>
        </w:rPr>
      </w:pPr>
    </w:p>
    <w:p w14:paraId="20EABEE0" w14:textId="77777777" w:rsidR="00A57DB2" w:rsidRDefault="00A57DB2" w:rsidP="00A57DB2">
      <w:pPr>
        <w:spacing w:after="0" w:line="240" w:lineRule="auto"/>
        <w:rPr>
          <w:b/>
        </w:rPr>
      </w:pPr>
    </w:p>
    <w:p w14:paraId="458BF21F" w14:textId="77777777" w:rsidR="00A57DB2" w:rsidRDefault="00A57DB2" w:rsidP="00A57DB2">
      <w:pPr>
        <w:spacing w:after="0" w:line="240" w:lineRule="auto"/>
        <w:rPr>
          <w:b/>
        </w:rPr>
      </w:pPr>
    </w:p>
    <w:p w14:paraId="02C86805" w14:textId="77777777" w:rsidR="00A57DB2" w:rsidRDefault="00A57DB2" w:rsidP="00A57DB2">
      <w:pPr>
        <w:spacing w:after="0" w:line="240" w:lineRule="auto"/>
        <w:rPr>
          <w:b/>
        </w:rPr>
      </w:pPr>
    </w:p>
    <w:p w14:paraId="2970C675" w14:textId="77777777" w:rsidR="00A57DB2" w:rsidRDefault="00A57DB2" w:rsidP="00A57DB2">
      <w:pPr>
        <w:spacing w:after="0" w:line="240" w:lineRule="auto"/>
        <w:rPr>
          <w:b/>
        </w:rPr>
      </w:pPr>
    </w:p>
    <w:p w14:paraId="7B8EC6FA" w14:textId="77777777" w:rsidR="00A57DB2" w:rsidRDefault="00A57DB2" w:rsidP="00A57DB2">
      <w:pPr>
        <w:spacing w:after="0" w:line="240" w:lineRule="auto"/>
        <w:rPr>
          <w:b/>
        </w:rPr>
      </w:pPr>
    </w:p>
    <w:p w14:paraId="20FF93A7" w14:textId="77777777" w:rsidR="00A57DB2" w:rsidRDefault="00A57DB2" w:rsidP="00A57DB2">
      <w:pPr>
        <w:spacing w:after="0" w:line="240" w:lineRule="auto"/>
        <w:rPr>
          <w:b/>
        </w:rPr>
      </w:pPr>
    </w:p>
    <w:p w14:paraId="1985396C" w14:textId="77777777" w:rsidR="0020351E" w:rsidRDefault="0020351E" w:rsidP="00A57DB2">
      <w:pPr>
        <w:spacing w:after="0" w:line="240" w:lineRule="auto"/>
        <w:rPr>
          <w:b/>
        </w:rPr>
      </w:pPr>
    </w:p>
    <w:p w14:paraId="2C61F5F3" w14:textId="77777777" w:rsidR="0020351E" w:rsidRDefault="0020351E" w:rsidP="00A57DB2">
      <w:pPr>
        <w:spacing w:after="0" w:line="240" w:lineRule="auto"/>
        <w:rPr>
          <w:b/>
        </w:rPr>
      </w:pPr>
    </w:p>
    <w:p w14:paraId="420A3F5F" w14:textId="77777777" w:rsidR="0020351E" w:rsidRDefault="0020351E" w:rsidP="00A57DB2">
      <w:pPr>
        <w:spacing w:after="0" w:line="240" w:lineRule="auto"/>
        <w:rPr>
          <w:b/>
        </w:rPr>
      </w:pPr>
    </w:p>
    <w:tbl>
      <w:tblPr>
        <w:tblW w:w="9464" w:type="dxa"/>
        <w:tblInd w:w="567" w:type="dxa"/>
        <w:tblLook w:val="04A0" w:firstRow="1" w:lastRow="0" w:firstColumn="1" w:lastColumn="0" w:noHBand="0" w:noVBand="1"/>
      </w:tblPr>
      <w:tblGrid>
        <w:gridCol w:w="2518"/>
        <w:gridCol w:w="142"/>
        <w:gridCol w:w="6662"/>
        <w:gridCol w:w="142"/>
      </w:tblGrid>
      <w:tr w:rsidR="001131AE" w:rsidRPr="00460DEE" w14:paraId="77368660" w14:textId="77777777" w:rsidTr="00744F30">
        <w:tc>
          <w:tcPr>
            <w:tcW w:w="2660" w:type="dxa"/>
            <w:gridSpan w:val="2"/>
          </w:tcPr>
          <w:p w14:paraId="3AA19029" w14:textId="77777777" w:rsidR="001131AE" w:rsidRPr="00460DEE" w:rsidRDefault="001131AE" w:rsidP="00744F30">
            <w:pPr>
              <w:jc w:val="both"/>
              <w:rPr>
                <w:rFonts w:cs="Times New Roman"/>
                <w:sz w:val="28"/>
                <w:szCs w:val="28"/>
                <w:lang w:val="uz-Cyrl-UZ"/>
              </w:rPr>
            </w:pPr>
            <w:r w:rsidRPr="00460DEE">
              <w:rPr>
                <w:rFonts w:cs="Times New Roman"/>
                <w:sz w:val="28"/>
                <w:szCs w:val="28"/>
                <w:lang w:val="uz-Cyrl-UZ"/>
              </w:rPr>
              <w:t>Bo</w:t>
            </w:r>
            <w:r w:rsidRPr="00460DEE">
              <w:rPr>
                <w:rFonts w:cs="Times New Roman"/>
                <w:bCs/>
                <w:sz w:val="28"/>
                <w:szCs w:val="28"/>
                <w:lang w:val="uz-Cyrl-UZ"/>
              </w:rPr>
              <w:t>‘</w:t>
            </w:r>
            <w:r w:rsidRPr="00460DEE">
              <w:rPr>
                <w:rFonts w:cs="Times New Roman"/>
                <w:sz w:val="28"/>
                <w:szCs w:val="28"/>
                <w:lang w:val="uz-Cyrl-UZ"/>
              </w:rPr>
              <w:t>rib</w:t>
            </w:r>
            <w:r w:rsidRPr="00460DEE">
              <w:rPr>
                <w:rFonts w:cs="Times New Roman"/>
                <w:sz w:val="28"/>
                <w:szCs w:val="28"/>
              </w:rPr>
              <w:t>ay</w:t>
            </w:r>
            <w:r w:rsidRPr="00460DEE">
              <w:rPr>
                <w:rFonts w:cs="Times New Roman"/>
                <w:sz w:val="28"/>
                <w:szCs w:val="28"/>
                <w:lang w:val="uz-Cyrl-UZ"/>
              </w:rPr>
              <w:t>ev E.N.</w:t>
            </w:r>
          </w:p>
        </w:tc>
        <w:tc>
          <w:tcPr>
            <w:tcW w:w="6804" w:type="dxa"/>
            <w:gridSpan w:val="2"/>
          </w:tcPr>
          <w:p w14:paraId="63245866" w14:textId="77777777" w:rsidR="001131AE" w:rsidRPr="00460DEE" w:rsidRDefault="001131AE" w:rsidP="00744F30">
            <w:pPr>
              <w:autoSpaceDE w:val="0"/>
              <w:autoSpaceDN w:val="0"/>
              <w:adjustRightInd w:val="0"/>
              <w:jc w:val="both"/>
              <w:rPr>
                <w:rFonts w:cs="Times New Roman"/>
                <w:sz w:val="28"/>
                <w:szCs w:val="28"/>
              </w:rPr>
            </w:pPr>
            <w:r w:rsidRPr="00460DEE">
              <w:rPr>
                <w:rFonts w:cs="Times New Roman"/>
                <w:sz w:val="28"/>
                <w:szCs w:val="28"/>
                <w:lang w:val="uz-Cyrl-UZ"/>
              </w:rPr>
              <w:t xml:space="preserve">– </w:t>
            </w:r>
            <w:r w:rsidRPr="00460DEE">
              <w:rPr>
                <w:rFonts w:cs="Times New Roman"/>
                <w:sz w:val="28"/>
                <w:szCs w:val="28"/>
              </w:rPr>
              <w:t xml:space="preserve">Head of the Department of Accounting and Finance at </w:t>
            </w:r>
            <w:proofErr w:type="spellStart"/>
            <w:r w:rsidRPr="00460DEE">
              <w:rPr>
                <w:rFonts w:cs="Times New Roman"/>
                <w:sz w:val="28"/>
                <w:szCs w:val="28"/>
              </w:rPr>
              <w:t>Gulistan</w:t>
            </w:r>
            <w:proofErr w:type="spellEnd"/>
            <w:r w:rsidRPr="00460DEE">
              <w:rPr>
                <w:rFonts w:cs="Times New Roman"/>
                <w:sz w:val="28"/>
                <w:szCs w:val="28"/>
              </w:rPr>
              <w:t xml:space="preserve"> State University, Associate Professor (PhD)</w:t>
            </w:r>
          </w:p>
          <w:p w14:paraId="0460234A" w14:textId="77777777" w:rsidR="001131AE" w:rsidRPr="00460DEE" w:rsidRDefault="001131AE" w:rsidP="00744F30">
            <w:pPr>
              <w:autoSpaceDE w:val="0"/>
              <w:autoSpaceDN w:val="0"/>
              <w:adjustRightInd w:val="0"/>
              <w:jc w:val="both"/>
              <w:rPr>
                <w:rFonts w:cs="Times New Roman"/>
                <w:sz w:val="28"/>
                <w:szCs w:val="28"/>
                <w:lang w:val="uz-Cyrl-UZ"/>
              </w:rPr>
            </w:pPr>
          </w:p>
        </w:tc>
      </w:tr>
      <w:tr w:rsidR="001131AE" w:rsidRPr="00460DEE" w14:paraId="0B1D7FDC" w14:textId="77777777" w:rsidTr="00744F30">
        <w:trPr>
          <w:gridAfter w:val="1"/>
          <w:wAfter w:w="142" w:type="dxa"/>
        </w:trPr>
        <w:tc>
          <w:tcPr>
            <w:tcW w:w="2518" w:type="dxa"/>
          </w:tcPr>
          <w:p w14:paraId="01CE0F6F" w14:textId="77777777" w:rsidR="001131AE" w:rsidRPr="00460DEE" w:rsidRDefault="001131AE" w:rsidP="00744F30">
            <w:pPr>
              <w:tabs>
                <w:tab w:val="left" w:pos="3570"/>
              </w:tabs>
              <w:jc w:val="both"/>
              <w:rPr>
                <w:rFonts w:cs="Times New Roman"/>
                <w:b/>
                <w:bCs/>
                <w:sz w:val="28"/>
                <w:szCs w:val="28"/>
                <w:lang w:val="uz-Cyrl-UZ"/>
              </w:rPr>
            </w:pPr>
          </w:p>
        </w:tc>
        <w:tc>
          <w:tcPr>
            <w:tcW w:w="6804" w:type="dxa"/>
            <w:gridSpan w:val="2"/>
          </w:tcPr>
          <w:p w14:paraId="5932C0DB" w14:textId="77777777" w:rsidR="001131AE" w:rsidRPr="00460DEE" w:rsidRDefault="001131AE" w:rsidP="00744F30">
            <w:pPr>
              <w:ind w:left="317" w:hanging="317"/>
              <w:jc w:val="both"/>
              <w:rPr>
                <w:rFonts w:cs="Times New Roman"/>
                <w:sz w:val="28"/>
                <w:szCs w:val="28"/>
                <w:lang w:val="uz-Cyrl-UZ"/>
              </w:rPr>
            </w:pPr>
          </w:p>
        </w:tc>
      </w:tr>
      <w:tr w:rsidR="001131AE" w:rsidRPr="00460DEE" w14:paraId="50B68BA6" w14:textId="77777777" w:rsidTr="00744F30">
        <w:trPr>
          <w:gridAfter w:val="1"/>
          <w:wAfter w:w="142" w:type="dxa"/>
        </w:trPr>
        <w:tc>
          <w:tcPr>
            <w:tcW w:w="2518" w:type="dxa"/>
          </w:tcPr>
          <w:p w14:paraId="05BECD6D" w14:textId="77777777" w:rsidR="001131AE" w:rsidRPr="00460DEE" w:rsidRDefault="001131AE" w:rsidP="00744F30">
            <w:pPr>
              <w:tabs>
                <w:tab w:val="left" w:pos="3570"/>
              </w:tabs>
              <w:ind w:right="-108"/>
              <w:jc w:val="both"/>
              <w:rPr>
                <w:rFonts w:cs="Times New Roman"/>
                <w:b/>
                <w:bCs/>
                <w:sz w:val="28"/>
                <w:szCs w:val="28"/>
                <w:lang w:val="uz-Cyrl-UZ"/>
              </w:rPr>
            </w:pPr>
          </w:p>
          <w:p w14:paraId="03DB9269" w14:textId="77777777" w:rsidR="001131AE" w:rsidRPr="00460DEE" w:rsidRDefault="001131AE" w:rsidP="00744F30">
            <w:pPr>
              <w:tabs>
                <w:tab w:val="left" w:pos="3570"/>
              </w:tabs>
              <w:ind w:right="-108"/>
              <w:jc w:val="both"/>
              <w:rPr>
                <w:rFonts w:cs="Times New Roman"/>
                <w:b/>
                <w:bCs/>
                <w:sz w:val="28"/>
                <w:szCs w:val="28"/>
                <w:lang w:val="uz-Cyrl-UZ"/>
              </w:rPr>
            </w:pPr>
          </w:p>
          <w:p w14:paraId="198C8862" w14:textId="77777777" w:rsidR="001131AE" w:rsidRPr="00460DEE" w:rsidRDefault="001131AE" w:rsidP="00744F30">
            <w:pPr>
              <w:tabs>
                <w:tab w:val="left" w:pos="3570"/>
              </w:tabs>
              <w:ind w:right="-108"/>
              <w:jc w:val="both"/>
              <w:rPr>
                <w:rFonts w:cs="Times New Roman"/>
                <w:b/>
                <w:bCs/>
                <w:sz w:val="28"/>
                <w:szCs w:val="28"/>
                <w:lang w:val="uz-Cyrl-UZ"/>
              </w:rPr>
            </w:pPr>
          </w:p>
          <w:p w14:paraId="3F58E0F5" w14:textId="77777777" w:rsidR="001131AE" w:rsidRPr="00460DEE" w:rsidRDefault="001131AE" w:rsidP="00744F30">
            <w:pPr>
              <w:tabs>
                <w:tab w:val="left" w:pos="3570"/>
              </w:tabs>
              <w:ind w:right="-108"/>
              <w:jc w:val="both"/>
              <w:rPr>
                <w:rFonts w:cs="Times New Roman"/>
                <w:b/>
                <w:bCs/>
                <w:sz w:val="28"/>
                <w:szCs w:val="28"/>
                <w:lang w:val="uz-Cyrl-UZ"/>
              </w:rPr>
            </w:pPr>
          </w:p>
        </w:tc>
        <w:tc>
          <w:tcPr>
            <w:tcW w:w="6804" w:type="dxa"/>
            <w:gridSpan w:val="2"/>
          </w:tcPr>
          <w:p w14:paraId="4FBAEA2C" w14:textId="77777777" w:rsidR="001131AE" w:rsidRPr="00460DEE" w:rsidRDefault="001131AE" w:rsidP="00744F30">
            <w:pPr>
              <w:ind w:left="317" w:hanging="317"/>
              <w:jc w:val="both"/>
              <w:rPr>
                <w:rFonts w:cs="Times New Roman"/>
                <w:sz w:val="28"/>
                <w:szCs w:val="28"/>
                <w:lang w:val="uz-Cyrl-UZ"/>
              </w:rPr>
            </w:pPr>
          </w:p>
        </w:tc>
      </w:tr>
    </w:tbl>
    <w:p w14:paraId="53111720" w14:textId="77777777" w:rsidR="001131AE" w:rsidRPr="00460DEE" w:rsidRDefault="001131AE" w:rsidP="001131AE">
      <w:pPr>
        <w:shd w:val="clear" w:color="auto" w:fill="FFFFFF"/>
        <w:tabs>
          <w:tab w:val="center" w:pos="4140"/>
        </w:tabs>
        <w:ind w:firstLine="360"/>
        <w:rPr>
          <w:rFonts w:cs="Times New Roman"/>
          <w:b/>
          <w:sz w:val="28"/>
          <w:szCs w:val="28"/>
          <w:lang w:val="uz-Cyrl-UZ"/>
        </w:rPr>
      </w:pPr>
      <w:r w:rsidRPr="00460DEE">
        <w:rPr>
          <w:rFonts w:cs="Times New Roman"/>
          <w:b/>
          <w:sz w:val="28"/>
          <w:szCs w:val="28"/>
        </w:rPr>
        <w:t>Authors</w:t>
      </w:r>
      <w:r w:rsidRPr="00460DEE">
        <w:rPr>
          <w:rFonts w:cs="Times New Roman"/>
          <w:b/>
          <w:sz w:val="28"/>
          <w:szCs w:val="28"/>
          <w:lang w:val="uz-Cyrl-UZ"/>
        </w:rPr>
        <w:t>:</w:t>
      </w:r>
    </w:p>
    <w:p w14:paraId="0D23F5A6" w14:textId="65ACAA50" w:rsidR="001131AE" w:rsidRPr="00460DEE" w:rsidRDefault="001131AE" w:rsidP="004975EE">
      <w:pPr>
        <w:spacing w:before="100" w:beforeAutospacing="1" w:after="100" w:afterAutospacing="1"/>
        <w:jc w:val="both"/>
        <w:rPr>
          <w:rFonts w:cs="Times New Roman"/>
          <w:sz w:val="28"/>
          <w:szCs w:val="28"/>
          <w:lang w:val="uz-Cyrl-UZ"/>
        </w:rPr>
      </w:pPr>
      <w:r w:rsidRPr="00460DEE">
        <w:rPr>
          <w:rFonts w:cs="Times New Roman"/>
          <w:sz w:val="28"/>
          <w:szCs w:val="28"/>
          <w:lang w:val="uz-Cyrl-UZ"/>
        </w:rPr>
        <w:t xml:space="preserve">© </w:t>
      </w:r>
      <w:proofErr w:type="spellStart"/>
      <w:r w:rsidRPr="004975EE">
        <w:rPr>
          <w:rFonts w:cs="Times New Roman"/>
          <w:sz w:val="28"/>
          <w:szCs w:val="28"/>
        </w:rPr>
        <w:t>Sadikova</w:t>
      </w:r>
      <w:proofErr w:type="spellEnd"/>
      <w:r w:rsidRPr="004975EE">
        <w:rPr>
          <w:rFonts w:cs="Times New Roman"/>
          <w:sz w:val="28"/>
          <w:szCs w:val="28"/>
          <w:lang w:val="uz-Cyrl-UZ"/>
        </w:rPr>
        <w:t>.</w:t>
      </w:r>
      <w:proofErr w:type="spellStart"/>
      <w:r w:rsidRPr="004975EE">
        <w:rPr>
          <w:rFonts w:cs="Times New Roman"/>
          <w:sz w:val="28"/>
          <w:szCs w:val="28"/>
        </w:rPr>
        <w:t>Sh.O</w:t>
      </w:r>
      <w:proofErr w:type="spellEnd"/>
      <w:r w:rsidRPr="004975EE">
        <w:rPr>
          <w:rFonts w:cs="Times New Roman"/>
          <w:sz w:val="28"/>
          <w:szCs w:val="28"/>
          <w:lang w:val="uz-Cyrl-UZ"/>
        </w:rPr>
        <w:t xml:space="preserve">– </w:t>
      </w:r>
      <w:r w:rsidRPr="004975EE">
        <w:rPr>
          <w:rFonts w:cs="Times New Roman"/>
          <w:bCs/>
          <w:sz w:val="28"/>
          <w:szCs w:val="28"/>
        </w:rPr>
        <w:t xml:space="preserve">Methodological Guidelines and </w:t>
      </w:r>
      <w:proofErr w:type="spellStart"/>
      <w:r w:rsidRPr="004975EE">
        <w:rPr>
          <w:rFonts w:cs="Times New Roman"/>
          <w:bCs/>
          <w:sz w:val="28"/>
          <w:szCs w:val="28"/>
        </w:rPr>
        <w:t>Programme</w:t>
      </w:r>
      <w:proofErr w:type="spellEnd"/>
      <w:r w:rsidRPr="004975EE">
        <w:rPr>
          <w:rFonts w:cs="Times New Roman"/>
          <w:bCs/>
          <w:sz w:val="28"/>
          <w:szCs w:val="28"/>
        </w:rPr>
        <w:t xml:space="preserve"> for Research Internship for </w:t>
      </w:r>
      <w:r w:rsidR="004975EE" w:rsidRPr="004975EE">
        <w:rPr>
          <w:rFonts w:cs="Times New Roman"/>
          <w:bCs/>
          <w:sz w:val="28"/>
          <w:szCs w:val="28"/>
        </w:rPr>
        <w:t>2-</w:t>
      </w:r>
      <w:r w:rsidR="004975EE" w:rsidRPr="004975EE">
        <w:rPr>
          <w:sz w:val="28"/>
          <w:szCs w:val="28"/>
        </w:rPr>
        <w:t>nd</w:t>
      </w:r>
      <w:r w:rsidRPr="004975EE">
        <w:rPr>
          <w:rFonts w:cs="Times New Roman"/>
          <w:bCs/>
          <w:sz w:val="28"/>
          <w:szCs w:val="28"/>
        </w:rPr>
        <w:t xml:space="preserve">-Year Students of the Tourism and Hospitality </w:t>
      </w:r>
      <w:proofErr w:type="spellStart"/>
      <w:r w:rsidRPr="004975EE">
        <w:rPr>
          <w:rFonts w:cs="Times New Roman"/>
          <w:bCs/>
          <w:sz w:val="28"/>
          <w:szCs w:val="28"/>
        </w:rPr>
        <w:t>Programme</w:t>
      </w:r>
      <w:proofErr w:type="spellEnd"/>
      <w:r w:rsidRPr="004975EE">
        <w:rPr>
          <w:rFonts w:cs="Times New Roman"/>
          <w:bCs/>
          <w:sz w:val="28"/>
          <w:szCs w:val="28"/>
        </w:rPr>
        <w:t xml:space="preserve">. </w:t>
      </w:r>
      <w:proofErr w:type="spellStart"/>
      <w:r w:rsidRPr="004975EE">
        <w:rPr>
          <w:rFonts w:cs="Times New Roman"/>
          <w:bCs/>
          <w:sz w:val="28"/>
          <w:szCs w:val="28"/>
        </w:rPr>
        <w:t>GulSU</w:t>
      </w:r>
      <w:proofErr w:type="spellEnd"/>
      <w:r w:rsidRPr="004975EE">
        <w:rPr>
          <w:rFonts w:cs="Times New Roman"/>
          <w:bCs/>
          <w:sz w:val="28"/>
          <w:szCs w:val="28"/>
        </w:rPr>
        <w:t xml:space="preserve">, 2026. </w:t>
      </w:r>
      <w:proofErr w:type="gramStart"/>
      <w:r w:rsidR="00BA2466" w:rsidRPr="004975EE">
        <w:rPr>
          <w:rFonts w:cs="Times New Roman"/>
          <w:bCs/>
          <w:sz w:val="28"/>
          <w:szCs w:val="28"/>
        </w:rPr>
        <w:t>2</w:t>
      </w:r>
      <w:r w:rsidR="009E7ED1" w:rsidRPr="004975EE">
        <w:rPr>
          <w:rFonts w:cs="Times New Roman"/>
          <w:bCs/>
          <w:sz w:val="28"/>
          <w:szCs w:val="28"/>
        </w:rPr>
        <w:t>0</w:t>
      </w:r>
      <w:proofErr w:type="gramEnd"/>
      <w:r w:rsidRPr="004975EE">
        <w:rPr>
          <w:rFonts w:cs="Times New Roman"/>
          <w:bCs/>
          <w:sz w:val="28"/>
          <w:szCs w:val="28"/>
        </w:rPr>
        <w:t xml:space="preserve"> p.</w:t>
      </w:r>
    </w:p>
    <w:p w14:paraId="6E0F7B04" w14:textId="0C577434" w:rsidR="00460DEE" w:rsidRPr="00460DEE" w:rsidRDefault="00460DEE" w:rsidP="00460DEE">
      <w:pPr>
        <w:jc w:val="center"/>
        <w:rPr>
          <w:b/>
          <w:bCs/>
          <w:sz w:val="28"/>
          <w:szCs w:val="28"/>
        </w:rPr>
      </w:pPr>
      <w:r w:rsidRPr="00460DEE">
        <w:rPr>
          <w:sz w:val="28"/>
          <w:szCs w:val="28"/>
        </w:rPr>
        <w:br w:type="page"/>
      </w:r>
      <w:r w:rsidRPr="00460DEE">
        <w:rPr>
          <w:b/>
          <w:bCs/>
          <w:sz w:val="28"/>
          <w:szCs w:val="28"/>
        </w:rPr>
        <w:lastRenderedPageBreak/>
        <w:t>Content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8078"/>
        <w:gridCol w:w="953"/>
      </w:tblGrid>
      <w:tr w:rsidR="001131AE" w:rsidRPr="001131AE" w14:paraId="43C8B6CD" w14:textId="77777777" w:rsidTr="00AE33F7">
        <w:trPr>
          <w:trHeight w:val="481"/>
        </w:trPr>
        <w:tc>
          <w:tcPr>
            <w:tcW w:w="442" w:type="pct"/>
          </w:tcPr>
          <w:p w14:paraId="2FD004EB" w14:textId="0C71351E" w:rsidR="001131AE" w:rsidRPr="001131AE" w:rsidRDefault="001131AE" w:rsidP="00744F30">
            <w:pPr>
              <w:widowControl w:val="0"/>
              <w:overflowPunct w:val="0"/>
              <w:autoSpaceDE w:val="0"/>
              <w:autoSpaceDN w:val="0"/>
              <w:adjustRightInd w:val="0"/>
              <w:spacing w:after="0" w:line="240" w:lineRule="auto"/>
              <w:ind w:left="142"/>
              <w:textAlignment w:val="baseline"/>
              <w:rPr>
                <w:rFonts w:cs="Times New Roman"/>
                <w:bCs/>
                <w:spacing w:val="-1"/>
                <w:sz w:val="28"/>
                <w:szCs w:val="28"/>
                <w:lang w:val="uz-Cyrl-UZ"/>
              </w:rPr>
            </w:pPr>
            <w:r w:rsidRPr="003B1528">
              <w:rPr>
                <w:rFonts w:cs="Times New Roman"/>
                <w:b/>
                <w:bCs/>
                <w:spacing w:val="-1"/>
                <w:lang w:val="uz-Cyrl-UZ"/>
              </w:rPr>
              <w:br w:type="page"/>
            </w:r>
            <w:r>
              <w:rPr>
                <w:rFonts w:cs="Times New Roman"/>
                <w:b/>
                <w:bCs/>
                <w:spacing w:val="-1"/>
                <w:lang w:val="uz-Cyrl-UZ"/>
              </w:rPr>
              <w:br w:type="page"/>
            </w:r>
            <w:r w:rsidRPr="001131AE">
              <w:rPr>
                <w:rFonts w:cs="Times New Roman"/>
                <w:bCs/>
                <w:spacing w:val="-1"/>
                <w:sz w:val="28"/>
                <w:szCs w:val="28"/>
                <w:lang w:val="uz-Cyrl-UZ"/>
              </w:rPr>
              <w:t>1.</w:t>
            </w:r>
          </w:p>
          <w:p w14:paraId="5A597FAB" w14:textId="77777777" w:rsidR="001131AE" w:rsidRPr="001131AE" w:rsidRDefault="001131AE" w:rsidP="00744F30">
            <w:pPr>
              <w:widowControl w:val="0"/>
              <w:overflowPunct w:val="0"/>
              <w:autoSpaceDE w:val="0"/>
              <w:autoSpaceDN w:val="0"/>
              <w:adjustRightInd w:val="0"/>
              <w:spacing w:after="0" w:line="240" w:lineRule="auto"/>
              <w:ind w:left="142"/>
              <w:textAlignment w:val="baseline"/>
              <w:rPr>
                <w:rFonts w:cs="Times New Roman"/>
                <w:bCs/>
                <w:spacing w:val="-1"/>
                <w:sz w:val="28"/>
                <w:szCs w:val="28"/>
                <w:lang w:val="uz-Cyrl-UZ"/>
              </w:rPr>
            </w:pPr>
          </w:p>
        </w:tc>
        <w:tc>
          <w:tcPr>
            <w:tcW w:w="4077" w:type="pct"/>
          </w:tcPr>
          <w:p w14:paraId="36839ADD" w14:textId="77777777" w:rsidR="001131AE" w:rsidRPr="001131AE" w:rsidRDefault="001131AE" w:rsidP="00744F30">
            <w:pPr>
              <w:spacing w:after="0" w:line="240" w:lineRule="auto"/>
              <w:jc w:val="both"/>
              <w:rPr>
                <w:rFonts w:cs="Times New Roman"/>
                <w:sz w:val="28"/>
                <w:szCs w:val="28"/>
              </w:rPr>
            </w:pPr>
            <w:r w:rsidRPr="001131AE">
              <w:rPr>
                <w:rFonts w:cs="Times New Roman"/>
                <w:spacing w:val="-1"/>
                <w:sz w:val="28"/>
                <w:szCs w:val="28"/>
              </w:rPr>
              <w:t>Introduction</w:t>
            </w:r>
          </w:p>
        </w:tc>
        <w:tc>
          <w:tcPr>
            <w:tcW w:w="481" w:type="pct"/>
            <w:vAlign w:val="bottom"/>
          </w:tcPr>
          <w:p w14:paraId="71D8DEA8" w14:textId="6D1FBC83" w:rsidR="001131AE" w:rsidRPr="0037129A" w:rsidRDefault="0037129A" w:rsidP="00744F30">
            <w:pPr>
              <w:spacing w:after="0" w:line="240" w:lineRule="auto"/>
              <w:jc w:val="center"/>
              <w:rPr>
                <w:rFonts w:cs="Times New Roman"/>
                <w:spacing w:val="-1"/>
                <w:sz w:val="28"/>
                <w:szCs w:val="28"/>
              </w:rPr>
            </w:pPr>
            <w:r>
              <w:rPr>
                <w:rFonts w:cs="Times New Roman"/>
                <w:spacing w:val="-1"/>
                <w:sz w:val="28"/>
                <w:szCs w:val="28"/>
              </w:rPr>
              <w:t>4</w:t>
            </w:r>
          </w:p>
          <w:p w14:paraId="27E2D316" w14:textId="77777777" w:rsidR="001131AE" w:rsidRPr="001131AE" w:rsidRDefault="001131AE" w:rsidP="00744F30">
            <w:pPr>
              <w:spacing w:after="0" w:line="240" w:lineRule="auto"/>
              <w:jc w:val="center"/>
              <w:rPr>
                <w:rFonts w:cs="Times New Roman"/>
                <w:spacing w:val="-1"/>
                <w:sz w:val="28"/>
                <w:szCs w:val="28"/>
                <w:lang w:val="uz-Cyrl-UZ"/>
              </w:rPr>
            </w:pPr>
          </w:p>
        </w:tc>
      </w:tr>
      <w:tr w:rsidR="001131AE" w:rsidRPr="001131AE" w14:paraId="2215E51C" w14:textId="77777777" w:rsidTr="00AE33F7">
        <w:tc>
          <w:tcPr>
            <w:tcW w:w="442" w:type="pct"/>
          </w:tcPr>
          <w:p w14:paraId="0619BF14" w14:textId="77777777" w:rsidR="001131AE" w:rsidRPr="001131AE" w:rsidRDefault="001131AE" w:rsidP="00744F30">
            <w:pPr>
              <w:widowControl w:val="0"/>
              <w:overflowPunct w:val="0"/>
              <w:autoSpaceDE w:val="0"/>
              <w:autoSpaceDN w:val="0"/>
              <w:adjustRightInd w:val="0"/>
              <w:spacing w:after="0" w:line="240" w:lineRule="auto"/>
              <w:ind w:left="142"/>
              <w:textAlignment w:val="baseline"/>
              <w:rPr>
                <w:rFonts w:cs="Times New Roman"/>
                <w:bCs/>
                <w:spacing w:val="-1"/>
                <w:sz w:val="28"/>
                <w:szCs w:val="28"/>
                <w:lang w:val="uz-Cyrl-UZ"/>
              </w:rPr>
            </w:pPr>
            <w:r w:rsidRPr="001131AE">
              <w:rPr>
                <w:rFonts w:cs="Times New Roman"/>
                <w:bCs/>
                <w:spacing w:val="-1"/>
                <w:sz w:val="28"/>
                <w:szCs w:val="28"/>
                <w:lang w:val="uz-Cyrl-UZ"/>
              </w:rPr>
              <w:t>2.</w:t>
            </w:r>
          </w:p>
        </w:tc>
        <w:tc>
          <w:tcPr>
            <w:tcW w:w="4077" w:type="pct"/>
          </w:tcPr>
          <w:p w14:paraId="24C40542" w14:textId="77777777" w:rsidR="001131AE" w:rsidRPr="001131AE" w:rsidRDefault="001131AE" w:rsidP="00744F30">
            <w:pPr>
              <w:spacing w:after="0" w:line="240" w:lineRule="auto"/>
              <w:jc w:val="both"/>
              <w:rPr>
                <w:rFonts w:cs="Times New Roman"/>
                <w:spacing w:val="-1"/>
                <w:sz w:val="28"/>
                <w:szCs w:val="28"/>
              </w:rPr>
            </w:pPr>
            <w:r w:rsidRPr="001131AE">
              <w:rPr>
                <w:rFonts w:cs="Times New Roman"/>
                <w:spacing w:val="-1"/>
                <w:sz w:val="28"/>
                <w:szCs w:val="28"/>
              </w:rPr>
              <w:t>General provisions</w:t>
            </w:r>
          </w:p>
        </w:tc>
        <w:tc>
          <w:tcPr>
            <w:tcW w:w="481" w:type="pct"/>
            <w:vAlign w:val="bottom"/>
          </w:tcPr>
          <w:p w14:paraId="0F0A8826" w14:textId="77777777" w:rsidR="001131AE" w:rsidRPr="001131AE" w:rsidRDefault="001131AE" w:rsidP="00744F30">
            <w:pPr>
              <w:spacing w:after="0" w:line="240" w:lineRule="auto"/>
              <w:jc w:val="center"/>
              <w:rPr>
                <w:rFonts w:cs="Times New Roman"/>
                <w:spacing w:val="-1"/>
                <w:sz w:val="28"/>
                <w:szCs w:val="28"/>
                <w:lang w:val="uz-Cyrl-UZ"/>
              </w:rPr>
            </w:pPr>
            <w:r w:rsidRPr="001131AE">
              <w:rPr>
                <w:rFonts w:cs="Times New Roman"/>
                <w:spacing w:val="-1"/>
                <w:sz w:val="28"/>
                <w:szCs w:val="28"/>
                <w:lang w:val="uz-Cyrl-UZ"/>
              </w:rPr>
              <w:t>6</w:t>
            </w:r>
          </w:p>
        </w:tc>
      </w:tr>
      <w:tr w:rsidR="001131AE" w:rsidRPr="001131AE" w14:paraId="028465D3" w14:textId="77777777" w:rsidTr="00AE33F7">
        <w:tc>
          <w:tcPr>
            <w:tcW w:w="442" w:type="pct"/>
          </w:tcPr>
          <w:p w14:paraId="3D032BB4" w14:textId="37F04115" w:rsidR="001131AE" w:rsidRPr="001131AE" w:rsidRDefault="0037129A" w:rsidP="00EC7153">
            <w:pPr>
              <w:widowControl w:val="0"/>
              <w:overflowPunct w:val="0"/>
              <w:autoSpaceDE w:val="0"/>
              <w:autoSpaceDN w:val="0"/>
              <w:adjustRightInd w:val="0"/>
              <w:spacing w:after="0" w:line="240" w:lineRule="auto"/>
              <w:ind w:left="142"/>
              <w:textAlignment w:val="baseline"/>
              <w:rPr>
                <w:rFonts w:cs="Times New Roman"/>
                <w:bCs/>
                <w:spacing w:val="-1"/>
                <w:sz w:val="28"/>
                <w:szCs w:val="28"/>
                <w:lang w:val="uz-Cyrl-UZ"/>
              </w:rPr>
            </w:pPr>
            <w:r w:rsidRPr="001131AE">
              <w:rPr>
                <w:rFonts w:cs="Times New Roman"/>
                <w:bCs/>
                <w:spacing w:val="-1"/>
                <w:sz w:val="28"/>
                <w:szCs w:val="28"/>
                <w:lang w:val="uz-Cyrl-UZ"/>
              </w:rPr>
              <w:t>2.1</w:t>
            </w:r>
          </w:p>
        </w:tc>
        <w:tc>
          <w:tcPr>
            <w:tcW w:w="4077" w:type="pct"/>
          </w:tcPr>
          <w:p w14:paraId="3DB06BA3" w14:textId="7E176D57" w:rsidR="001131AE" w:rsidRPr="00EC7153" w:rsidRDefault="0037129A" w:rsidP="00EC7153">
            <w:pPr>
              <w:spacing w:after="0" w:line="360" w:lineRule="auto"/>
              <w:rPr>
                <w:rFonts w:cs="Times New Roman"/>
                <w:bCs/>
                <w:spacing w:val="-1"/>
                <w:sz w:val="28"/>
                <w:szCs w:val="28"/>
              </w:rPr>
            </w:pPr>
            <w:r w:rsidRPr="00EC7153">
              <w:rPr>
                <w:bCs/>
                <w:sz w:val="28"/>
                <w:szCs w:val="28"/>
              </w:rPr>
              <w:t>Goals and tasks of practical internship</w:t>
            </w:r>
          </w:p>
        </w:tc>
        <w:tc>
          <w:tcPr>
            <w:tcW w:w="481" w:type="pct"/>
            <w:vAlign w:val="bottom"/>
          </w:tcPr>
          <w:p w14:paraId="341E1E7D" w14:textId="77777777" w:rsidR="001131AE" w:rsidRPr="001131AE" w:rsidRDefault="001131AE" w:rsidP="00EC7153">
            <w:pPr>
              <w:spacing w:after="0" w:line="240" w:lineRule="auto"/>
              <w:jc w:val="center"/>
              <w:rPr>
                <w:rFonts w:cs="Times New Roman"/>
                <w:spacing w:val="-1"/>
                <w:sz w:val="28"/>
                <w:szCs w:val="28"/>
                <w:lang w:val="uz-Cyrl-UZ"/>
              </w:rPr>
            </w:pPr>
            <w:r w:rsidRPr="001131AE">
              <w:rPr>
                <w:rFonts w:cs="Times New Roman"/>
                <w:spacing w:val="-1"/>
                <w:sz w:val="28"/>
                <w:szCs w:val="28"/>
                <w:lang w:val="uz-Cyrl-UZ"/>
              </w:rPr>
              <w:t>6</w:t>
            </w:r>
          </w:p>
        </w:tc>
      </w:tr>
      <w:tr w:rsidR="001131AE" w:rsidRPr="001131AE" w14:paraId="1FD58AB7" w14:textId="77777777" w:rsidTr="00AE33F7">
        <w:tc>
          <w:tcPr>
            <w:tcW w:w="442" w:type="pct"/>
          </w:tcPr>
          <w:p w14:paraId="2C42FCE9" w14:textId="7F33001C" w:rsidR="001131AE" w:rsidRPr="001131AE" w:rsidRDefault="00EC7153" w:rsidP="00EC7153">
            <w:pPr>
              <w:widowControl w:val="0"/>
              <w:overflowPunct w:val="0"/>
              <w:autoSpaceDE w:val="0"/>
              <w:autoSpaceDN w:val="0"/>
              <w:adjustRightInd w:val="0"/>
              <w:spacing w:after="0" w:line="240" w:lineRule="auto"/>
              <w:ind w:left="142"/>
              <w:textAlignment w:val="baseline"/>
              <w:rPr>
                <w:rFonts w:cs="Times New Roman"/>
                <w:bCs/>
                <w:spacing w:val="-1"/>
                <w:sz w:val="28"/>
                <w:szCs w:val="28"/>
                <w:lang w:val="uz-Cyrl-UZ"/>
              </w:rPr>
            </w:pPr>
            <w:r w:rsidRPr="001131AE">
              <w:rPr>
                <w:rFonts w:cs="Times New Roman"/>
                <w:bCs/>
                <w:spacing w:val="-1"/>
                <w:sz w:val="28"/>
                <w:szCs w:val="28"/>
                <w:lang w:val="uz-Cyrl-UZ"/>
              </w:rPr>
              <w:t>2.2</w:t>
            </w:r>
          </w:p>
        </w:tc>
        <w:tc>
          <w:tcPr>
            <w:tcW w:w="4077" w:type="pct"/>
          </w:tcPr>
          <w:p w14:paraId="20ED4566" w14:textId="33B01D9D" w:rsidR="001131AE" w:rsidRPr="001131AE" w:rsidRDefault="00EC7153" w:rsidP="00EC7153">
            <w:pPr>
              <w:spacing w:after="0" w:line="240" w:lineRule="auto"/>
              <w:rPr>
                <w:rFonts w:cs="Times New Roman"/>
                <w:spacing w:val="-1"/>
                <w:sz w:val="28"/>
                <w:szCs w:val="28"/>
              </w:rPr>
            </w:pPr>
            <w:r w:rsidRPr="00EC7153">
              <w:rPr>
                <w:bCs/>
                <w:sz w:val="26"/>
              </w:rPr>
              <w:t>Content, topics, and distribution of practical internship by days</w:t>
            </w:r>
          </w:p>
        </w:tc>
        <w:tc>
          <w:tcPr>
            <w:tcW w:w="481" w:type="pct"/>
            <w:vAlign w:val="bottom"/>
          </w:tcPr>
          <w:p w14:paraId="498C20DD" w14:textId="62E8350A" w:rsidR="001131AE" w:rsidRPr="00AE33F7" w:rsidRDefault="00AE33F7" w:rsidP="00EC7153">
            <w:pPr>
              <w:spacing w:after="0" w:line="240" w:lineRule="auto"/>
              <w:jc w:val="center"/>
              <w:rPr>
                <w:rFonts w:cs="Times New Roman"/>
                <w:spacing w:val="-1"/>
                <w:sz w:val="28"/>
                <w:szCs w:val="28"/>
              </w:rPr>
            </w:pPr>
            <w:r>
              <w:rPr>
                <w:rFonts w:cs="Times New Roman"/>
                <w:spacing w:val="-1"/>
                <w:sz w:val="28"/>
                <w:szCs w:val="28"/>
              </w:rPr>
              <w:t>8</w:t>
            </w:r>
          </w:p>
        </w:tc>
      </w:tr>
      <w:tr w:rsidR="001131AE" w:rsidRPr="001131AE" w14:paraId="18108261" w14:textId="77777777" w:rsidTr="00AE33F7">
        <w:tc>
          <w:tcPr>
            <w:tcW w:w="442" w:type="pct"/>
          </w:tcPr>
          <w:p w14:paraId="5E374C72" w14:textId="50E9EE21" w:rsidR="001131AE" w:rsidRPr="001131AE" w:rsidRDefault="00AE33F7" w:rsidP="00744F30">
            <w:pPr>
              <w:widowControl w:val="0"/>
              <w:overflowPunct w:val="0"/>
              <w:autoSpaceDE w:val="0"/>
              <w:autoSpaceDN w:val="0"/>
              <w:adjustRightInd w:val="0"/>
              <w:spacing w:line="240" w:lineRule="auto"/>
              <w:ind w:left="142"/>
              <w:textAlignment w:val="baseline"/>
              <w:rPr>
                <w:rFonts w:cs="Times New Roman"/>
                <w:bCs/>
                <w:spacing w:val="-1"/>
                <w:sz w:val="28"/>
                <w:szCs w:val="28"/>
                <w:lang w:val="uz-Cyrl-UZ"/>
              </w:rPr>
            </w:pPr>
            <w:r w:rsidRPr="001131AE">
              <w:rPr>
                <w:rFonts w:cs="Times New Roman"/>
                <w:bCs/>
                <w:spacing w:val="-1"/>
                <w:sz w:val="28"/>
                <w:szCs w:val="28"/>
                <w:lang w:val="uz-Cyrl-UZ"/>
              </w:rPr>
              <w:t>2.3</w:t>
            </w:r>
          </w:p>
        </w:tc>
        <w:tc>
          <w:tcPr>
            <w:tcW w:w="4077" w:type="pct"/>
          </w:tcPr>
          <w:p w14:paraId="0A7C9393" w14:textId="0FE72242" w:rsidR="001131AE" w:rsidRPr="00AE33F7" w:rsidRDefault="00AE33F7" w:rsidP="00744F30">
            <w:pPr>
              <w:spacing w:line="240" w:lineRule="auto"/>
              <w:rPr>
                <w:rFonts w:cs="Times New Roman"/>
                <w:bCs/>
                <w:spacing w:val="-1"/>
                <w:sz w:val="28"/>
                <w:szCs w:val="28"/>
                <w:lang w:val="uz-Cyrl-UZ"/>
              </w:rPr>
            </w:pPr>
            <w:r w:rsidRPr="00AE33F7">
              <w:rPr>
                <w:bCs/>
                <w:sz w:val="28"/>
                <w:szCs w:val="28"/>
              </w:rPr>
              <w:t>Student responsibilities during practical internship</w:t>
            </w:r>
          </w:p>
        </w:tc>
        <w:tc>
          <w:tcPr>
            <w:tcW w:w="481" w:type="pct"/>
            <w:vAlign w:val="bottom"/>
          </w:tcPr>
          <w:p w14:paraId="7F73C9C5" w14:textId="059C3DF5" w:rsidR="001131AE" w:rsidRPr="00AE33F7" w:rsidRDefault="00AE33F7" w:rsidP="00744F30">
            <w:pPr>
              <w:spacing w:line="240" w:lineRule="auto"/>
              <w:jc w:val="center"/>
              <w:rPr>
                <w:rFonts w:cs="Times New Roman"/>
                <w:spacing w:val="-1"/>
                <w:sz w:val="28"/>
                <w:szCs w:val="28"/>
              </w:rPr>
            </w:pPr>
            <w:r>
              <w:rPr>
                <w:rFonts w:cs="Times New Roman"/>
                <w:spacing w:val="-1"/>
                <w:sz w:val="28"/>
                <w:szCs w:val="28"/>
              </w:rPr>
              <w:t>11</w:t>
            </w:r>
          </w:p>
        </w:tc>
      </w:tr>
      <w:tr w:rsidR="001131AE" w:rsidRPr="001131AE" w14:paraId="7B5EAB3A" w14:textId="77777777" w:rsidTr="00AE33F7">
        <w:trPr>
          <w:trHeight w:val="479"/>
        </w:trPr>
        <w:tc>
          <w:tcPr>
            <w:tcW w:w="442" w:type="pct"/>
          </w:tcPr>
          <w:p w14:paraId="4C6687CC" w14:textId="11F47A62" w:rsidR="001131AE" w:rsidRPr="001131AE" w:rsidRDefault="00AE33F7" w:rsidP="00744F30">
            <w:pPr>
              <w:widowControl w:val="0"/>
              <w:overflowPunct w:val="0"/>
              <w:autoSpaceDE w:val="0"/>
              <w:autoSpaceDN w:val="0"/>
              <w:adjustRightInd w:val="0"/>
              <w:spacing w:line="240" w:lineRule="auto"/>
              <w:ind w:left="142"/>
              <w:textAlignment w:val="baseline"/>
              <w:rPr>
                <w:rFonts w:cs="Times New Roman"/>
                <w:bCs/>
                <w:spacing w:val="-1"/>
                <w:sz w:val="28"/>
                <w:szCs w:val="28"/>
                <w:lang w:val="uz-Cyrl-UZ"/>
              </w:rPr>
            </w:pPr>
            <w:r>
              <w:rPr>
                <w:rFonts w:cs="Times New Roman"/>
                <w:bCs/>
                <w:spacing w:val="-1"/>
                <w:sz w:val="28"/>
                <w:szCs w:val="28"/>
              </w:rPr>
              <w:t>2.4</w:t>
            </w:r>
            <w:r w:rsidR="001131AE" w:rsidRPr="001131AE">
              <w:rPr>
                <w:rFonts w:cs="Times New Roman"/>
                <w:bCs/>
                <w:spacing w:val="-1"/>
                <w:sz w:val="28"/>
                <w:szCs w:val="28"/>
                <w:lang w:val="uz-Cyrl-UZ"/>
              </w:rPr>
              <w:t>.</w:t>
            </w:r>
          </w:p>
        </w:tc>
        <w:tc>
          <w:tcPr>
            <w:tcW w:w="4077" w:type="pct"/>
          </w:tcPr>
          <w:p w14:paraId="1CA9A8B6" w14:textId="77777777" w:rsidR="001131AE" w:rsidRDefault="00AE33F7" w:rsidP="00744F30">
            <w:pPr>
              <w:spacing w:line="240" w:lineRule="auto"/>
              <w:rPr>
                <w:bCs/>
                <w:sz w:val="28"/>
                <w:szCs w:val="28"/>
              </w:rPr>
            </w:pPr>
            <w:r w:rsidRPr="00AE33F7">
              <w:rPr>
                <w:bCs/>
                <w:sz w:val="28"/>
                <w:szCs w:val="28"/>
              </w:rPr>
              <w:t>Duties of internship supervisors from the facility and university</w:t>
            </w:r>
          </w:p>
          <w:p w14:paraId="14747EAB" w14:textId="7C2B73B5" w:rsidR="00AE33F7" w:rsidRPr="00AE33F7" w:rsidRDefault="00AE33F7" w:rsidP="00744F30">
            <w:pPr>
              <w:spacing w:line="240" w:lineRule="auto"/>
              <w:rPr>
                <w:rFonts w:cs="Times New Roman"/>
                <w:bCs/>
                <w:spacing w:val="-5"/>
                <w:sz w:val="28"/>
                <w:szCs w:val="28"/>
              </w:rPr>
            </w:pPr>
          </w:p>
        </w:tc>
        <w:tc>
          <w:tcPr>
            <w:tcW w:w="481" w:type="pct"/>
            <w:vAlign w:val="bottom"/>
          </w:tcPr>
          <w:p w14:paraId="130AD4BA" w14:textId="77777777" w:rsidR="00AE33F7" w:rsidRDefault="00AE33F7" w:rsidP="00AE33F7">
            <w:pPr>
              <w:spacing w:line="240" w:lineRule="auto"/>
              <w:jc w:val="center"/>
              <w:rPr>
                <w:rFonts w:cs="Times New Roman"/>
                <w:sz w:val="28"/>
                <w:szCs w:val="28"/>
              </w:rPr>
            </w:pPr>
            <w:r>
              <w:rPr>
                <w:rFonts w:cs="Times New Roman"/>
                <w:sz w:val="28"/>
                <w:szCs w:val="28"/>
              </w:rPr>
              <w:t>12</w:t>
            </w:r>
          </w:p>
          <w:p w14:paraId="3DB8F368" w14:textId="79C524EE" w:rsidR="001131AE" w:rsidRPr="001131AE" w:rsidRDefault="001131AE" w:rsidP="00AE33F7">
            <w:pPr>
              <w:spacing w:line="240" w:lineRule="auto"/>
              <w:jc w:val="center"/>
              <w:rPr>
                <w:rFonts w:cs="Times New Roman"/>
                <w:sz w:val="28"/>
                <w:szCs w:val="28"/>
                <w:lang w:val="uz-Cyrl-UZ"/>
              </w:rPr>
            </w:pPr>
          </w:p>
        </w:tc>
      </w:tr>
      <w:tr w:rsidR="001131AE" w:rsidRPr="001131AE" w14:paraId="196131BA" w14:textId="77777777" w:rsidTr="00AE33F7">
        <w:tc>
          <w:tcPr>
            <w:tcW w:w="442" w:type="pct"/>
          </w:tcPr>
          <w:p w14:paraId="79DBD717" w14:textId="72BA7650" w:rsidR="001131AE" w:rsidRPr="001131AE" w:rsidRDefault="00AE33F7" w:rsidP="00AE33F7">
            <w:pPr>
              <w:widowControl w:val="0"/>
              <w:overflowPunct w:val="0"/>
              <w:autoSpaceDE w:val="0"/>
              <w:autoSpaceDN w:val="0"/>
              <w:adjustRightInd w:val="0"/>
              <w:spacing w:line="240" w:lineRule="auto"/>
              <w:textAlignment w:val="baseline"/>
              <w:rPr>
                <w:rFonts w:cs="Times New Roman"/>
                <w:bCs/>
                <w:spacing w:val="-1"/>
                <w:sz w:val="28"/>
                <w:szCs w:val="28"/>
                <w:lang w:val="uz-Cyrl-UZ"/>
              </w:rPr>
            </w:pPr>
            <w:r>
              <w:rPr>
                <w:bCs/>
                <w:sz w:val="28"/>
                <w:szCs w:val="28"/>
              </w:rPr>
              <w:t>2.5</w:t>
            </w:r>
          </w:p>
        </w:tc>
        <w:tc>
          <w:tcPr>
            <w:tcW w:w="4077" w:type="pct"/>
          </w:tcPr>
          <w:p w14:paraId="01D7737D" w14:textId="258DFB27" w:rsidR="001131AE" w:rsidRPr="00AE33F7" w:rsidRDefault="00AE33F7" w:rsidP="00AE33F7">
            <w:pPr>
              <w:spacing w:after="240" w:line="360" w:lineRule="auto"/>
              <w:rPr>
                <w:rFonts w:cs="Times New Roman"/>
                <w:bCs/>
                <w:spacing w:val="-5"/>
                <w:sz w:val="28"/>
                <w:szCs w:val="28"/>
              </w:rPr>
            </w:pPr>
            <w:r w:rsidRPr="00AE33F7">
              <w:rPr>
                <w:bCs/>
                <w:sz w:val="28"/>
                <w:szCs w:val="28"/>
              </w:rPr>
              <w:t>Report formatting, defense procedure, and evaluation criteria</w:t>
            </w:r>
            <w:r>
              <w:rPr>
                <w:bCs/>
                <w:sz w:val="28"/>
                <w:szCs w:val="28"/>
              </w:rPr>
              <w:t xml:space="preserve">                     </w:t>
            </w:r>
          </w:p>
        </w:tc>
        <w:tc>
          <w:tcPr>
            <w:tcW w:w="481" w:type="pct"/>
            <w:vAlign w:val="bottom"/>
          </w:tcPr>
          <w:p w14:paraId="6C913312" w14:textId="4A19AB85" w:rsidR="001131AE" w:rsidRPr="00AE33F7" w:rsidRDefault="00AE33F7" w:rsidP="00744F30">
            <w:pPr>
              <w:spacing w:line="240" w:lineRule="auto"/>
              <w:jc w:val="center"/>
              <w:rPr>
                <w:rFonts w:cs="Times New Roman"/>
                <w:sz w:val="28"/>
                <w:szCs w:val="28"/>
              </w:rPr>
            </w:pPr>
            <w:r>
              <w:rPr>
                <w:rFonts w:cs="Times New Roman"/>
                <w:sz w:val="28"/>
                <w:szCs w:val="28"/>
              </w:rPr>
              <w:t>13</w:t>
            </w:r>
          </w:p>
        </w:tc>
      </w:tr>
      <w:tr w:rsidR="001131AE" w:rsidRPr="001131AE" w14:paraId="7D2BFAE9" w14:textId="77777777" w:rsidTr="00AE33F7">
        <w:tc>
          <w:tcPr>
            <w:tcW w:w="442" w:type="pct"/>
          </w:tcPr>
          <w:p w14:paraId="40BD6D89" w14:textId="77777777" w:rsidR="001131AE" w:rsidRPr="001131AE" w:rsidRDefault="001131AE" w:rsidP="00744F30">
            <w:pPr>
              <w:widowControl w:val="0"/>
              <w:overflowPunct w:val="0"/>
              <w:autoSpaceDE w:val="0"/>
              <w:autoSpaceDN w:val="0"/>
              <w:adjustRightInd w:val="0"/>
              <w:spacing w:line="240" w:lineRule="auto"/>
              <w:ind w:left="142"/>
              <w:textAlignment w:val="baseline"/>
              <w:rPr>
                <w:rFonts w:cs="Times New Roman"/>
                <w:bCs/>
                <w:spacing w:val="-1"/>
                <w:sz w:val="28"/>
                <w:szCs w:val="28"/>
                <w:lang w:val="uz-Cyrl-UZ"/>
              </w:rPr>
            </w:pPr>
            <w:r w:rsidRPr="001131AE">
              <w:rPr>
                <w:rFonts w:cs="Times New Roman"/>
                <w:bCs/>
                <w:spacing w:val="-1"/>
                <w:sz w:val="28"/>
                <w:szCs w:val="28"/>
              </w:rPr>
              <w:t>5</w:t>
            </w:r>
            <w:r w:rsidRPr="001131AE">
              <w:rPr>
                <w:rFonts w:cs="Times New Roman"/>
                <w:bCs/>
                <w:spacing w:val="-1"/>
                <w:sz w:val="28"/>
                <w:szCs w:val="28"/>
                <w:lang w:val="uz-Cyrl-UZ"/>
              </w:rPr>
              <w:t>.</w:t>
            </w:r>
          </w:p>
        </w:tc>
        <w:tc>
          <w:tcPr>
            <w:tcW w:w="4077" w:type="pct"/>
          </w:tcPr>
          <w:p w14:paraId="554B3596" w14:textId="666B3080" w:rsidR="00BA2466" w:rsidRPr="00BA2466" w:rsidRDefault="00BA2466" w:rsidP="00BA2466">
            <w:pPr>
              <w:spacing w:after="240" w:line="360" w:lineRule="auto"/>
              <w:rPr>
                <w:bCs/>
                <w:sz w:val="28"/>
                <w:szCs w:val="28"/>
              </w:rPr>
            </w:pPr>
            <w:r w:rsidRPr="00BA2466">
              <w:rPr>
                <w:bCs/>
                <w:sz w:val="28"/>
                <w:szCs w:val="28"/>
              </w:rPr>
              <w:t>For notes / remarks</w:t>
            </w:r>
          </w:p>
          <w:p w14:paraId="3E1FE6C1" w14:textId="689FCB68" w:rsidR="001131AE" w:rsidRPr="001131AE" w:rsidRDefault="001131AE" w:rsidP="00744F30">
            <w:pPr>
              <w:spacing w:line="240" w:lineRule="auto"/>
              <w:jc w:val="both"/>
              <w:rPr>
                <w:rFonts w:cs="Times New Roman"/>
                <w:spacing w:val="-1"/>
                <w:sz w:val="28"/>
                <w:szCs w:val="28"/>
              </w:rPr>
            </w:pPr>
          </w:p>
        </w:tc>
        <w:tc>
          <w:tcPr>
            <w:tcW w:w="481" w:type="pct"/>
            <w:vAlign w:val="bottom"/>
          </w:tcPr>
          <w:p w14:paraId="68E4469D" w14:textId="50D77F90" w:rsidR="001131AE" w:rsidRPr="00BA2466" w:rsidRDefault="00BA2466" w:rsidP="00744F30">
            <w:pPr>
              <w:spacing w:line="240" w:lineRule="auto"/>
              <w:jc w:val="center"/>
              <w:rPr>
                <w:rFonts w:cs="Times New Roman"/>
                <w:spacing w:val="-1"/>
                <w:sz w:val="28"/>
                <w:szCs w:val="28"/>
              </w:rPr>
            </w:pPr>
            <w:r>
              <w:rPr>
                <w:rFonts w:cs="Times New Roman"/>
                <w:spacing w:val="-1"/>
                <w:sz w:val="28"/>
                <w:szCs w:val="28"/>
              </w:rPr>
              <w:t>20</w:t>
            </w:r>
          </w:p>
          <w:p w14:paraId="1875E056" w14:textId="77777777" w:rsidR="001131AE" w:rsidRPr="001131AE" w:rsidRDefault="001131AE" w:rsidP="00744F30">
            <w:pPr>
              <w:spacing w:line="240" w:lineRule="auto"/>
              <w:jc w:val="center"/>
              <w:rPr>
                <w:rFonts w:cs="Times New Roman"/>
                <w:spacing w:val="-1"/>
                <w:sz w:val="28"/>
                <w:szCs w:val="28"/>
                <w:lang w:val="uz-Cyrl-UZ"/>
              </w:rPr>
            </w:pPr>
          </w:p>
        </w:tc>
      </w:tr>
    </w:tbl>
    <w:p w14:paraId="70C4FCD0" w14:textId="5023A39C" w:rsidR="001131AE" w:rsidRDefault="001131AE">
      <w:pPr>
        <w:rPr>
          <w:rFonts w:cs="Times New Roman"/>
          <w:b/>
          <w:bCs/>
          <w:spacing w:val="-1"/>
        </w:rPr>
      </w:pPr>
    </w:p>
    <w:p w14:paraId="48CB4A9D" w14:textId="77777777" w:rsidR="00460DEE" w:rsidRDefault="00460DEE">
      <w:pPr>
        <w:rPr>
          <w:rFonts w:cs="Times New Roman"/>
          <w:b/>
          <w:bCs/>
          <w:spacing w:val="-1"/>
        </w:rPr>
      </w:pPr>
    </w:p>
    <w:p w14:paraId="529389A6" w14:textId="77777777" w:rsidR="00460DEE" w:rsidRDefault="00460DEE">
      <w:pPr>
        <w:rPr>
          <w:rFonts w:cs="Times New Roman"/>
          <w:b/>
          <w:bCs/>
          <w:spacing w:val="-1"/>
        </w:rPr>
      </w:pPr>
    </w:p>
    <w:p w14:paraId="09A68865" w14:textId="54CB38EC" w:rsidR="00460DEE" w:rsidRDefault="00460DEE">
      <w:pPr>
        <w:rPr>
          <w:rFonts w:cs="Times New Roman"/>
          <w:b/>
          <w:bCs/>
          <w:spacing w:val="-1"/>
        </w:rPr>
      </w:pPr>
      <w:r>
        <w:rPr>
          <w:rFonts w:cs="Times New Roman"/>
          <w:b/>
          <w:bCs/>
          <w:spacing w:val="-1"/>
        </w:rPr>
        <w:br w:type="page"/>
      </w:r>
    </w:p>
    <w:p w14:paraId="6CD1531E" w14:textId="50EEB5E5" w:rsidR="00355191" w:rsidRPr="00460DEE" w:rsidRDefault="009E7ED1" w:rsidP="001131AE">
      <w:pPr>
        <w:jc w:val="center"/>
        <w:rPr>
          <w:sz w:val="28"/>
          <w:szCs w:val="28"/>
        </w:rPr>
      </w:pPr>
      <w:r w:rsidRPr="00460DEE">
        <w:rPr>
          <w:b/>
          <w:sz w:val="28"/>
          <w:szCs w:val="28"/>
        </w:rPr>
        <w:lastRenderedPageBreak/>
        <w:t>INTRODUCTION</w:t>
      </w:r>
    </w:p>
    <w:p w14:paraId="356E97A4" w14:textId="77777777" w:rsidR="00355191" w:rsidRPr="00460DEE" w:rsidRDefault="009E7ED1" w:rsidP="00187148">
      <w:pPr>
        <w:spacing w:after="0" w:line="360" w:lineRule="auto"/>
        <w:ind w:firstLine="720"/>
        <w:jc w:val="both"/>
        <w:rPr>
          <w:sz w:val="28"/>
          <w:szCs w:val="28"/>
        </w:rPr>
      </w:pPr>
      <w:r w:rsidRPr="00460DEE">
        <w:rPr>
          <w:sz w:val="28"/>
          <w:szCs w:val="28"/>
        </w:rPr>
        <w:t>Training qualified specialists who meet modern requirements based on State Education Standards, and continuously improving education and all its structural elements, is one of the most pressing tasks before us. Therefore, practical internship plays an irreplaceable role in mastering the set of knowledge in subjects, and perfectly forming qualifications and skills through the integration of theoretical and practical training.</w:t>
      </w:r>
    </w:p>
    <w:p w14:paraId="6EBC3E39" w14:textId="77777777" w:rsidR="00355191" w:rsidRPr="00460DEE" w:rsidRDefault="009E7ED1" w:rsidP="00187148">
      <w:pPr>
        <w:spacing w:after="0" w:line="360" w:lineRule="auto"/>
        <w:ind w:firstLine="720"/>
        <w:jc w:val="both"/>
        <w:rPr>
          <w:sz w:val="28"/>
          <w:szCs w:val="28"/>
        </w:rPr>
      </w:pPr>
      <w:r w:rsidRPr="00460DEE">
        <w:rPr>
          <w:sz w:val="28"/>
          <w:szCs w:val="28"/>
        </w:rPr>
        <w:t>The goal of practical internship is to consolidate and deepen the theoretical knowledge gained by students of the 61010100 - Tourism and Hospitality undergraduate program, to build practical skills and qualifications, to prepare them for independent work directly in accordance with educational standards, and to form the ability to work independently in the sector.</w:t>
      </w:r>
    </w:p>
    <w:p w14:paraId="46AC1422" w14:textId="77777777" w:rsidR="00355191" w:rsidRPr="00460DEE" w:rsidRDefault="009E7ED1" w:rsidP="00187148">
      <w:pPr>
        <w:spacing w:after="0" w:line="360" w:lineRule="auto"/>
        <w:ind w:firstLine="720"/>
        <w:jc w:val="both"/>
        <w:rPr>
          <w:sz w:val="28"/>
          <w:szCs w:val="28"/>
        </w:rPr>
      </w:pPr>
      <w:r w:rsidRPr="00460DEE">
        <w:rPr>
          <w:sz w:val="28"/>
          <w:szCs w:val="28"/>
        </w:rPr>
        <w:t>In the Republic of Uzbekistan, the tourism sector is becoming one of the sectors making a significant contribution to the economy. Much work is being carried out to diversify tourism types in the Republic, including the development of inbound, domestic, and pilgrimage tourism, eco-tourism, ethno-tourism, business tourism, sports, gastronomic, medical, inclusive, educational, and scientific tourism, as well as developing new tourism destinations and introducing them widely to tourism markets; high attention is being paid to training qualified personnel in the field.</w:t>
      </w:r>
    </w:p>
    <w:p w14:paraId="528D26E8" w14:textId="77777777" w:rsidR="00355191" w:rsidRPr="00460DEE" w:rsidRDefault="009E7ED1" w:rsidP="00187148">
      <w:pPr>
        <w:spacing w:after="0" w:line="360" w:lineRule="auto"/>
        <w:ind w:firstLine="720"/>
        <w:jc w:val="both"/>
        <w:rPr>
          <w:sz w:val="28"/>
          <w:szCs w:val="28"/>
        </w:rPr>
      </w:pPr>
      <w:r w:rsidRPr="00460DEE">
        <w:rPr>
          <w:sz w:val="28"/>
          <w:szCs w:val="28"/>
        </w:rPr>
        <w:t xml:space="preserve">At the same time, new requirements </w:t>
      </w:r>
      <w:proofErr w:type="gramStart"/>
      <w:r w:rsidRPr="00460DEE">
        <w:rPr>
          <w:sz w:val="28"/>
          <w:szCs w:val="28"/>
        </w:rPr>
        <w:t>are placed</w:t>
      </w:r>
      <w:proofErr w:type="gramEnd"/>
      <w:r w:rsidRPr="00460DEE">
        <w:rPr>
          <w:sz w:val="28"/>
          <w:szCs w:val="28"/>
        </w:rPr>
        <w:t xml:space="preserve"> on the higher education system regarding the training of qualified personnel, including the acquisition of practical skills and the ability to synthesize and analyze various statistical data by future specialists. Students must master the content of academic subjects and acquire relevant knowledge, qualifications, skills, and competencies both during lectures and practical classes, as well as during the internship period.</w:t>
      </w:r>
    </w:p>
    <w:p w14:paraId="0C1A61DC" w14:textId="77777777" w:rsidR="00355191" w:rsidRPr="00460DEE" w:rsidRDefault="009E7ED1" w:rsidP="00187148">
      <w:pPr>
        <w:spacing w:after="0" w:line="360" w:lineRule="auto"/>
        <w:ind w:firstLine="720"/>
        <w:jc w:val="both"/>
        <w:rPr>
          <w:sz w:val="28"/>
          <w:szCs w:val="28"/>
        </w:rPr>
      </w:pPr>
      <w:r w:rsidRPr="00460DEE">
        <w:rPr>
          <w:sz w:val="28"/>
          <w:szCs w:val="28"/>
        </w:rPr>
        <w:t xml:space="preserve">This practical internship program was prepared to provide methodological support for the practical internship process for students in the 61010100 - Tourism and Hospitality undergraduate field, to increase internship efficiency, acquire </w:t>
      </w:r>
      <w:r w:rsidRPr="00460DEE">
        <w:rPr>
          <w:sz w:val="28"/>
          <w:szCs w:val="28"/>
        </w:rPr>
        <w:lastRenderedPageBreak/>
        <w:t>necessary skills, and ensure high-quality preparation of the practical internship report based on the analysis of practical data.</w:t>
      </w:r>
    </w:p>
    <w:p w14:paraId="6B28E4A6" w14:textId="77777777" w:rsidR="00355191" w:rsidRPr="00460DEE" w:rsidRDefault="009E7ED1" w:rsidP="00187148">
      <w:pPr>
        <w:spacing w:after="0" w:line="360" w:lineRule="auto"/>
        <w:ind w:firstLine="720"/>
        <w:jc w:val="both"/>
        <w:rPr>
          <w:sz w:val="28"/>
          <w:szCs w:val="28"/>
        </w:rPr>
      </w:pPr>
      <w:r w:rsidRPr="00460DEE">
        <w:rPr>
          <w:sz w:val="28"/>
          <w:szCs w:val="28"/>
        </w:rPr>
        <w:t xml:space="preserve">This internship program </w:t>
      </w:r>
      <w:proofErr w:type="gramStart"/>
      <w:r w:rsidRPr="00460DEE">
        <w:rPr>
          <w:sz w:val="28"/>
          <w:szCs w:val="28"/>
        </w:rPr>
        <w:t>was developed</w:t>
      </w:r>
      <w:proofErr w:type="gramEnd"/>
      <w:r w:rsidRPr="00460DEE">
        <w:rPr>
          <w:sz w:val="28"/>
          <w:szCs w:val="28"/>
        </w:rPr>
        <w:t xml:space="preserve"> in accordance with the Law of the Republic of Uzbekistan No. ZRU-637 "On Education" dated September 23, 2020; Decree No. UP-5847 "On Approval of the Concept for the Development of the Higher Education System of the Republic of Uzbekistan until 2030" dated October 8, 2019; Resolution No. </w:t>
      </w:r>
      <w:proofErr w:type="gramStart"/>
      <w:r w:rsidRPr="00460DEE">
        <w:rPr>
          <w:sz w:val="28"/>
          <w:szCs w:val="28"/>
        </w:rPr>
        <w:t xml:space="preserve">PP-3151 "On Measures to Further Expand the Participation of Economic Sectors and Fields in Improving the Quality of Higher-Educated Specialist Training" dated July 27, 2017; as well as the "Model Regulation on the Procedure for Practical Internship of Students of Higher Educational Institutions" approved by Order No. 202 of the Minister of Higher and Secondary Special Education of the Republic of Uzbekistan dated June 13, 2022, and Order No. 123-O of </w:t>
      </w:r>
      <w:proofErr w:type="spellStart"/>
      <w:r w:rsidRPr="00460DEE">
        <w:rPr>
          <w:sz w:val="28"/>
          <w:szCs w:val="28"/>
        </w:rPr>
        <w:t>Guliston</w:t>
      </w:r>
      <w:proofErr w:type="spellEnd"/>
      <w:r w:rsidRPr="00460DEE">
        <w:rPr>
          <w:sz w:val="28"/>
          <w:szCs w:val="28"/>
        </w:rPr>
        <w:t xml:space="preserve"> State University "On Ensuring the Implementation of Order No. 202 of the Ministry of Higher and Secondary Special Education dated June 13, 2022" dated June 20, 2022.</w:t>
      </w:r>
      <w:proofErr w:type="gramEnd"/>
    </w:p>
    <w:p w14:paraId="1AD8A932" w14:textId="77777777" w:rsidR="00355191" w:rsidRPr="00460DEE" w:rsidRDefault="009E7ED1" w:rsidP="00187148">
      <w:pPr>
        <w:spacing w:after="0" w:line="360" w:lineRule="auto"/>
        <w:ind w:firstLine="720"/>
        <w:jc w:val="both"/>
        <w:rPr>
          <w:sz w:val="28"/>
          <w:szCs w:val="28"/>
        </w:rPr>
      </w:pPr>
      <w:r w:rsidRPr="00460DEE">
        <w:rPr>
          <w:sz w:val="28"/>
          <w:szCs w:val="28"/>
        </w:rPr>
        <w:t xml:space="preserve">The program sets out the goals and tasks of practical internship, its content, schedule, evaluation criteria, duties and responsibilities of internship supervisors appointed by </w:t>
      </w:r>
      <w:proofErr w:type="spellStart"/>
      <w:r w:rsidRPr="00460DEE">
        <w:rPr>
          <w:sz w:val="28"/>
          <w:szCs w:val="28"/>
        </w:rPr>
        <w:t>Guliston</w:t>
      </w:r>
      <w:proofErr w:type="spellEnd"/>
      <w:r w:rsidRPr="00460DEE">
        <w:rPr>
          <w:sz w:val="28"/>
          <w:szCs w:val="28"/>
        </w:rPr>
        <w:t xml:space="preserve"> State University and the host organization (internship facility), as well as procedures for formatting and defending the internship report.</w:t>
      </w:r>
    </w:p>
    <w:p w14:paraId="564C7D58" w14:textId="4F718CA8" w:rsidR="00A57DB2" w:rsidRPr="00460DEE" w:rsidRDefault="00A57DB2">
      <w:pPr>
        <w:rPr>
          <w:sz w:val="28"/>
          <w:szCs w:val="28"/>
        </w:rPr>
      </w:pPr>
      <w:r w:rsidRPr="00460DEE">
        <w:rPr>
          <w:sz w:val="28"/>
          <w:szCs w:val="28"/>
        </w:rPr>
        <w:br w:type="page"/>
      </w:r>
    </w:p>
    <w:p w14:paraId="338BE892" w14:textId="4F1E4532" w:rsidR="00EC7153" w:rsidRPr="00EC7153" w:rsidRDefault="00EC7153" w:rsidP="00EC7153">
      <w:pPr>
        <w:spacing w:after="0" w:line="240" w:lineRule="auto"/>
        <w:jc w:val="center"/>
        <w:rPr>
          <w:rFonts w:cs="Times New Roman"/>
          <w:b/>
          <w:bCs/>
          <w:spacing w:val="-1"/>
          <w:sz w:val="28"/>
          <w:szCs w:val="28"/>
        </w:rPr>
      </w:pPr>
      <w:r>
        <w:rPr>
          <w:rFonts w:cs="Times New Roman"/>
          <w:b/>
          <w:bCs/>
          <w:spacing w:val="-1"/>
          <w:sz w:val="28"/>
          <w:szCs w:val="28"/>
        </w:rPr>
        <w:lastRenderedPageBreak/>
        <w:t xml:space="preserve">II. </w:t>
      </w:r>
      <w:r w:rsidRPr="00EC7153">
        <w:rPr>
          <w:rFonts w:cs="Times New Roman"/>
          <w:b/>
          <w:bCs/>
          <w:spacing w:val="-1"/>
          <w:sz w:val="28"/>
          <w:szCs w:val="28"/>
        </w:rPr>
        <w:t>GENERAL PROVISIONS</w:t>
      </w:r>
    </w:p>
    <w:p w14:paraId="04DFA46E" w14:textId="032314B3" w:rsidR="00355191" w:rsidRPr="00460DEE" w:rsidRDefault="009E7ED1" w:rsidP="00187148">
      <w:pPr>
        <w:spacing w:after="0" w:line="360" w:lineRule="auto"/>
        <w:ind w:firstLine="720"/>
        <w:jc w:val="both"/>
        <w:rPr>
          <w:sz w:val="28"/>
          <w:szCs w:val="28"/>
        </w:rPr>
      </w:pPr>
      <w:r w:rsidRPr="00460DEE">
        <w:rPr>
          <w:b/>
          <w:sz w:val="28"/>
          <w:szCs w:val="28"/>
        </w:rPr>
        <w:t>I. GOALS AND TASKS OF PRACTICAL INTERNSHIP</w:t>
      </w:r>
    </w:p>
    <w:p w14:paraId="12B3CB75" w14:textId="77777777" w:rsidR="00355191" w:rsidRPr="00460DEE" w:rsidRDefault="009E7ED1" w:rsidP="00187148">
      <w:pPr>
        <w:spacing w:after="0" w:line="360" w:lineRule="auto"/>
        <w:ind w:firstLine="720"/>
        <w:jc w:val="both"/>
        <w:rPr>
          <w:sz w:val="28"/>
          <w:szCs w:val="28"/>
        </w:rPr>
      </w:pPr>
      <w:r w:rsidRPr="00460DEE">
        <w:rPr>
          <w:sz w:val="28"/>
          <w:szCs w:val="28"/>
        </w:rPr>
        <w:t>The goal of practical internship for undergraduate students studying in the 61010100 - Tourism and Hospitality program is to expand theoretical knowledge gained during academic studies, acquire practical skills, form professional competence, prepare students for independent work, conduct professional activities, and collect and systematize practical data required for preparing graduation qualification works.</w:t>
      </w:r>
    </w:p>
    <w:p w14:paraId="16910386" w14:textId="77777777" w:rsidR="00355191" w:rsidRPr="00460DEE" w:rsidRDefault="009E7ED1" w:rsidP="00187148">
      <w:pPr>
        <w:spacing w:after="0" w:line="360" w:lineRule="auto"/>
        <w:ind w:firstLine="720"/>
        <w:jc w:val="both"/>
        <w:rPr>
          <w:sz w:val="28"/>
          <w:szCs w:val="28"/>
        </w:rPr>
      </w:pPr>
      <w:r w:rsidRPr="00460DEE">
        <w:rPr>
          <w:sz w:val="28"/>
          <w:szCs w:val="28"/>
        </w:rPr>
        <w:t xml:space="preserve">In accordance with the State Educational Standard, curriculum, and work plan of the 61010100 - Tourism and Hospitality program, practical internship </w:t>
      </w:r>
      <w:proofErr w:type="gramStart"/>
      <w:r w:rsidRPr="00460DEE">
        <w:rPr>
          <w:sz w:val="28"/>
          <w:szCs w:val="28"/>
        </w:rPr>
        <w:t>is conducted</w:t>
      </w:r>
      <w:proofErr w:type="gramEnd"/>
      <w:r w:rsidRPr="00460DEE">
        <w:rPr>
          <w:sz w:val="28"/>
          <w:szCs w:val="28"/>
        </w:rPr>
        <w:t xml:space="preserve"> during the 2nd year (3rd–4th semesters) for a duration of 6 weeks, 5 days per week.</w:t>
      </w:r>
    </w:p>
    <w:p w14:paraId="5440F21D" w14:textId="77777777" w:rsidR="00355191" w:rsidRPr="00460DEE" w:rsidRDefault="009E7ED1" w:rsidP="00187148">
      <w:pPr>
        <w:spacing w:after="0" w:line="360" w:lineRule="auto"/>
        <w:ind w:firstLine="720"/>
        <w:jc w:val="both"/>
        <w:rPr>
          <w:sz w:val="28"/>
          <w:szCs w:val="28"/>
        </w:rPr>
      </w:pPr>
      <w:r w:rsidRPr="00460DEE">
        <w:rPr>
          <w:sz w:val="28"/>
          <w:szCs w:val="28"/>
        </w:rPr>
        <w:t>During practical internship, students are required to solve the following tasks:</w:t>
      </w:r>
    </w:p>
    <w:p w14:paraId="5A95127B"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complete all assignments provided in the practical internship program fully and qualitatively according to the schedule;</w:t>
      </w:r>
    </w:p>
    <w:p w14:paraId="23F2F19F"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keep an internship diary daily and systematically;</w:t>
      </w:r>
    </w:p>
    <w:p w14:paraId="3A2C1AAF"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apply theoretical knowledge in practice;</w:t>
      </w:r>
    </w:p>
    <w:p w14:paraId="49086EB6"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understand and analyze main processes in the tourism and hospitality sector;</w:t>
      </w:r>
    </w:p>
    <w:p w14:paraId="638C0C5D"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acquire relevant skills and qualifications in addition to theoretical knowledge, forming professional competencies in the chosen field of activity;</w:t>
      </w:r>
    </w:p>
    <w:p w14:paraId="0EC33A3C"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familiarize with the structure, main functions, and work routine of the internship facility;</w:t>
      </w:r>
    </w:p>
    <w:p w14:paraId="729DB93B"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observe employee interaction and customer service processes;</w:t>
      </w:r>
    </w:p>
    <w:p w14:paraId="27D7F76F"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form practical skills and qualifications for working in enterprises, organizations, and institutions in the chosen field;</w:t>
      </w:r>
    </w:p>
    <w:p w14:paraId="233C1F7D"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develop skills in being courteous, understanding customer needs, and solving problems;</w:t>
      </w:r>
    </w:p>
    <w:p w14:paraId="5490C0CC"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lastRenderedPageBreak/>
        <w:t>get acquainted with basic documents used in hotels or travel agencies (reservation forms, contracts, orders);</w:t>
      </w:r>
    </w:p>
    <w:p w14:paraId="50412966"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develop teamwork skills and understand the role of the team in organizing tourist services;</w:t>
      </w:r>
    </w:p>
    <w:p w14:paraId="6EDE1F58"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learn methods of providing tourist services and study automation processes of tourism services;</w:t>
      </w:r>
    </w:p>
    <w:p w14:paraId="5A656562" w14:textId="77777777" w:rsidR="00355191" w:rsidRPr="00460DEE" w:rsidRDefault="009E7ED1" w:rsidP="00187148">
      <w:pPr>
        <w:pStyle w:val="a0"/>
        <w:spacing w:after="0" w:line="360" w:lineRule="auto"/>
        <w:ind w:left="0" w:firstLine="720"/>
        <w:contextualSpacing w:val="0"/>
        <w:jc w:val="both"/>
        <w:rPr>
          <w:sz w:val="28"/>
          <w:szCs w:val="28"/>
        </w:rPr>
      </w:pPr>
      <w:proofErr w:type="gramStart"/>
      <w:r w:rsidRPr="00460DEE">
        <w:rPr>
          <w:sz w:val="28"/>
          <w:szCs w:val="28"/>
        </w:rPr>
        <w:t>prepare</w:t>
      </w:r>
      <w:proofErr w:type="gramEnd"/>
      <w:r w:rsidRPr="00460DEE">
        <w:rPr>
          <w:sz w:val="28"/>
          <w:szCs w:val="28"/>
        </w:rPr>
        <w:t xml:space="preserve"> a report on practical internship results, describing the content of materials collected during the internship.</w:t>
      </w:r>
    </w:p>
    <w:p w14:paraId="7EEF4886" w14:textId="77777777" w:rsidR="00355191" w:rsidRPr="00460DEE" w:rsidRDefault="009E7ED1" w:rsidP="00187148">
      <w:pPr>
        <w:spacing w:after="0" w:line="360" w:lineRule="auto"/>
        <w:ind w:firstLine="720"/>
        <w:jc w:val="both"/>
        <w:rPr>
          <w:sz w:val="28"/>
          <w:szCs w:val="28"/>
        </w:rPr>
      </w:pPr>
      <w:r w:rsidRPr="00460DEE">
        <w:rPr>
          <w:sz w:val="28"/>
          <w:szCs w:val="28"/>
        </w:rPr>
        <w:t>During the internship period, students must study the fundamentals of the activities of enterprises, organizations, and institutions where they are completing their internship, and actively participate in the public work of the facility.</w:t>
      </w:r>
    </w:p>
    <w:p w14:paraId="3CBE3A69" w14:textId="77777777" w:rsidR="00355191" w:rsidRPr="00460DEE" w:rsidRDefault="009E7ED1" w:rsidP="00187148">
      <w:pPr>
        <w:spacing w:after="0" w:line="360" w:lineRule="auto"/>
        <w:ind w:firstLine="720"/>
        <w:jc w:val="both"/>
        <w:rPr>
          <w:sz w:val="28"/>
          <w:szCs w:val="28"/>
        </w:rPr>
      </w:pPr>
      <w:r w:rsidRPr="00460DEE">
        <w:rPr>
          <w:sz w:val="28"/>
          <w:szCs w:val="28"/>
        </w:rPr>
        <w:t xml:space="preserve">Practical internship </w:t>
      </w:r>
      <w:proofErr w:type="gramStart"/>
      <w:r w:rsidRPr="00460DEE">
        <w:rPr>
          <w:sz w:val="28"/>
          <w:szCs w:val="28"/>
        </w:rPr>
        <w:t>is envisaged to be organized</w:t>
      </w:r>
      <w:proofErr w:type="gramEnd"/>
      <w:r w:rsidRPr="00460DEE">
        <w:rPr>
          <w:sz w:val="28"/>
          <w:szCs w:val="28"/>
        </w:rPr>
        <w:t xml:space="preserve"> at the following facilities:</w:t>
      </w:r>
    </w:p>
    <w:p w14:paraId="68D3A030"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The Tourism Committee of the Republic of Uzbekistan, its structural subdivisions, and regional branches;</w:t>
      </w:r>
    </w:p>
    <w:p w14:paraId="19B54DAC" w14:textId="77777777" w:rsidR="00355191" w:rsidRPr="00460DEE" w:rsidRDefault="009E7ED1" w:rsidP="00187148">
      <w:pPr>
        <w:pStyle w:val="a0"/>
        <w:spacing w:after="0" w:line="360" w:lineRule="auto"/>
        <w:ind w:left="0" w:firstLine="720"/>
        <w:contextualSpacing w:val="0"/>
        <w:jc w:val="both"/>
        <w:rPr>
          <w:sz w:val="28"/>
          <w:szCs w:val="28"/>
        </w:rPr>
      </w:pPr>
      <w:r w:rsidRPr="00460DEE">
        <w:rPr>
          <w:sz w:val="28"/>
          <w:szCs w:val="28"/>
        </w:rPr>
        <w:t>All types of hotels, tourism enterprises, and organizations, regardless of ownership form.</w:t>
      </w:r>
    </w:p>
    <w:p w14:paraId="5B71791A" w14:textId="77777777" w:rsidR="00355191" w:rsidRPr="00460DEE" w:rsidRDefault="009E7ED1" w:rsidP="00187148">
      <w:pPr>
        <w:spacing w:after="0" w:line="360" w:lineRule="auto"/>
        <w:ind w:firstLine="720"/>
        <w:jc w:val="both"/>
        <w:rPr>
          <w:sz w:val="28"/>
          <w:szCs w:val="28"/>
        </w:rPr>
      </w:pPr>
      <w:r w:rsidRPr="00460DEE">
        <w:rPr>
          <w:sz w:val="28"/>
          <w:szCs w:val="28"/>
        </w:rPr>
        <w:t xml:space="preserve">During the internship, </w:t>
      </w:r>
      <w:proofErr w:type="gramStart"/>
      <w:r w:rsidRPr="00460DEE">
        <w:rPr>
          <w:sz w:val="28"/>
          <w:szCs w:val="28"/>
        </w:rPr>
        <w:t>getting</w:t>
      </w:r>
      <w:proofErr w:type="gramEnd"/>
      <w:r w:rsidRPr="00460DEE">
        <w:rPr>
          <w:sz w:val="28"/>
          <w:szCs w:val="28"/>
        </w:rPr>
        <w:t xml:space="preserve"> acquainted with the organizational structure, functions, tasks, main indicators, and statistical data of the internship facility constitutes the primary task. Furthermore, students are encouraged </w:t>
      </w:r>
      <w:proofErr w:type="gramStart"/>
      <w:r w:rsidRPr="00460DEE">
        <w:rPr>
          <w:sz w:val="28"/>
          <w:szCs w:val="28"/>
        </w:rPr>
        <w:t>to regularly participate</w:t>
      </w:r>
      <w:proofErr w:type="gramEnd"/>
      <w:r w:rsidRPr="00460DEE">
        <w:rPr>
          <w:sz w:val="28"/>
          <w:szCs w:val="28"/>
        </w:rPr>
        <w:t xml:space="preserve"> in the overall activities and public work of the internship facility.</w:t>
      </w:r>
    </w:p>
    <w:p w14:paraId="56D01267" w14:textId="77777777" w:rsidR="0037129A" w:rsidRDefault="0037129A" w:rsidP="00187148">
      <w:pPr>
        <w:spacing w:after="0" w:line="360" w:lineRule="auto"/>
        <w:ind w:firstLine="720"/>
        <w:jc w:val="both"/>
        <w:rPr>
          <w:b/>
          <w:sz w:val="26"/>
        </w:rPr>
      </w:pPr>
      <w:r>
        <w:rPr>
          <w:b/>
          <w:sz w:val="26"/>
        </w:rPr>
        <w:br w:type="page"/>
      </w:r>
    </w:p>
    <w:p w14:paraId="2B3FCE70" w14:textId="5970C8B1" w:rsidR="00355191" w:rsidRPr="00187148" w:rsidRDefault="009E7ED1" w:rsidP="00187148">
      <w:pPr>
        <w:spacing w:after="0" w:line="360" w:lineRule="auto"/>
        <w:ind w:firstLine="720"/>
        <w:jc w:val="both"/>
        <w:rPr>
          <w:sz w:val="28"/>
          <w:szCs w:val="28"/>
        </w:rPr>
      </w:pPr>
      <w:r w:rsidRPr="00187148">
        <w:rPr>
          <w:b/>
          <w:sz w:val="28"/>
          <w:szCs w:val="28"/>
        </w:rPr>
        <w:lastRenderedPageBreak/>
        <w:t>II. CONTENT, TOPICS, AND DISTRIBUTION OF PRACTICAL INTERNSHIP BY DAYS</w:t>
      </w:r>
    </w:p>
    <w:p w14:paraId="49DF590E" w14:textId="77777777" w:rsidR="00355191" w:rsidRPr="00187148" w:rsidRDefault="009E7ED1" w:rsidP="00187148">
      <w:pPr>
        <w:spacing w:after="0" w:line="360" w:lineRule="auto"/>
        <w:ind w:firstLine="720"/>
        <w:jc w:val="both"/>
        <w:rPr>
          <w:sz w:val="28"/>
          <w:szCs w:val="28"/>
        </w:rPr>
      </w:pPr>
      <w:r w:rsidRPr="00187148">
        <w:rPr>
          <w:sz w:val="28"/>
          <w:szCs w:val="28"/>
        </w:rPr>
        <w:t>The first day of practical internship begins with familiarization with the organizational structure, department operations, and division activities of the internship facility. The designated responsible employee provides brief information on internal discipline and work procedures.</w:t>
      </w:r>
    </w:p>
    <w:p w14:paraId="18685B09" w14:textId="77777777" w:rsidR="00355191" w:rsidRPr="00187148" w:rsidRDefault="009E7ED1" w:rsidP="00187148">
      <w:pPr>
        <w:spacing w:after="0" w:line="360" w:lineRule="auto"/>
        <w:ind w:firstLine="720"/>
        <w:jc w:val="both"/>
        <w:rPr>
          <w:sz w:val="28"/>
          <w:szCs w:val="28"/>
        </w:rPr>
      </w:pPr>
      <w:r w:rsidRPr="00187148">
        <w:rPr>
          <w:sz w:val="28"/>
          <w:szCs w:val="28"/>
        </w:rPr>
        <w:t xml:space="preserve">Internship </w:t>
      </w:r>
      <w:proofErr w:type="gramStart"/>
      <w:r w:rsidRPr="00187148">
        <w:rPr>
          <w:sz w:val="28"/>
          <w:szCs w:val="28"/>
        </w:rPr>
        <w:t>is conducted</w:t>
      </w:r>
      <w:proofErr w:type="gramEnd"/>
      <w:r w:rsidRPr="00187148">
        <w:rPr>
          <w:sz w:val="28"/>
          <w:szCs w:val="28"/>
        </w:rPr>
        <w:t xml:space="preserve"> across all departments and units of the facility. Students are required to examine regulatory documents applicable to each workplace, information and communication tools used, and automated programs developed based on modern web technologies.</w:t>
      </w:r>
    </w:p>
    <w:p w14:paraId="76791FCA" w14:textId="77777777" w:rsidR="00355191" w:rsidRPr="00460DEE" w:rsidRDefault="009E7ED1" w:rsidP="00187148">
      <w:pPr>
        <w:spacing w:after="0" w:line="360" w:lineRule="auto"/>
        <w:ind w:firstLine="720"/>
        <w:jc w:val="both"/>
        <w:rPr>
          <w:sz w:val="28"/>
          <w:szCs w:val="28"/>
        </w:rPr>
      </w:pPr>
      <w:r w:rsidRPr="00187148">
        <w:rPr>
          <w:sz w:val="28"/>
          <w:szCs w:val="28"/>
        </w:rPr>
        <w:t>The internship period is determined</w:t>
      </w:r>
      <w:r w:rsidRPr="00460DEE">
        <w:rPr>
          <w:sz w:val="28"/>
          <w:szCs w:val="28"/>
        </w:rPr>
        <w:t xml:space="preserve"> according to the academic schedule of the direction and distributed as follows (Table 1):</w:t>
      </w:r>
    </w:p>
    <w:p w14:paraId="1FC57914" w14:textId="77777777" w:rsidR="00355191" w:rsidRPr="00460DEE" w:rsidRDefault="009E7ED1" w:rsidP="00187148">
      <w:pPr>
        <w:spacing w:after="120" w:line="360" w:lineRule="auto"/>
        <w:jc w:val="center"/>
        <w:rPr>
          <w:sz w:val="28"/>
          <w:szCs w:val="28"/>
        </w:rPr>
      </w:pPr>
      <w:r w:rsidRPr="00460DEE">
        <w:rPr>
          <w:i/>
          <w:sz w:val="28"/>
          <w:szCs w:val="28"/>
        </w:rPr>
        <w:t>Table 1</w:t>
      </w:r>
      <w:r w:rsidRPr="00460DEE">
        <w:rPr>
          <w:i/>
          <w:sz w:val="28"/>
          <w:szCs w:val="28"/>
        </w:rPr>
        <w:br/>
        <w:t xml:space="preserve">Distribution of topics allocated for practical internship by internship </w:t>
      </w:r>
      <w:proofErr w:type="gramStart"/>
      <w:r w:rsidRPr="00460DEE">
        <w:rPr>
          <w:i/>
          <w:sz w:val="28"/>
          <w:szCs w:val="28"/>
        </w:rPr>
        <w:t>days</w:t>
      </w:r>
      <w:proofErr w:type="gramEnd"/>
      <w:r w:rsidRPr="00460DEE">
        <w:rPr>
          <w:i/>
          <w:sz w:val="28"/>
          <w:szCs w:val="28"/>
        </w:rPr>
        <w:br/>
        <w:t>(For all types of hotels, tourism enterprises, and organizations, regardless of form of ownership)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
        <w:gridCol w:w="5609"/>
        <w:gridCol w:w="1212"/>
      </w:tblGrid>
      <w:tr w:rsidR="00355191" w:rsidRPr="00460DEE" w14:paraId="1C44C585" w14:textId="77777777" w:rsidTr="006F366A">
        <w:trPr>
          <w:jc w:val="center"/>
        </w:trPr>
        <w:tc>
          <w:tcPr>
            <w:tcW w:w="851" w:type="dxa"/>
          </w:tcPr>
          <w:p w14:paraId="75C2AEEE" w14:textId="77777777" w:rsidR="00355191" w:rsidRPr="00460DEE" w:rsidRDefault="009E7ED1">
            <w:pPr>
              <w:spacing w:after="40"/>
              <w:jc w:val="center"/>
              <w:rPr>
                <w:sz w:val="28"/>
                <w:szCs w:val="28"/>
              </w:rPr>
            </w:pPr>
            <w:r w:rsidRPr="00460DEE">
              <w:rPr>
                <w:b/>
                <w:sz w:val="28"/>
                <w:szCs w:val="28"/>
              </w:rPr>
              <w:t>No.</w:t>
            </w:r>
          </w:p>
        </w:tc>
        <w:tc>
          <w:tcPr>
            <w:tcW w:w="5609" w:type="dxa"/>
          </w:tcPr>
          <w:p w14:paraId="48BDE948" w14:textId="77777777" w:rsidR="00355191" w:rsidRPr="00460DEE" w:rsidRDefault="009E7ED1">
            <w:pPr>
              <w:spacing w:after="40"/>
              <w:jc w:val="center"/>
              <w:rPr>
                <w:sz w:val="28"/>
                <w:szCs w:val="28"/>
              </w:rPr>
            </w:pPr>
            <w:r w:rsidRPr="00460DEE">
              <w:rPr>
                <w:b/>
                <w:sz w:val="28"/>
                <w:szCs w:val="28"/>
              </w:rPr>
              <w:t>Topic Name</w:t>
            </w:r>
          </w:p>
        </w:tc>
        <w:tc>
          <w:tcPr>
            <w:tcW w:w="886" w:type="dxa"/>
          </w:tcPr>
          <w:p w14:paraId="38AB3CB5" w14:textId="77777777" w:rsidR="00355191" w:rsidRPr="00460DEE" w:rsidRDefault="009E7ED1">
            <w:pPr>
              <w:spacing w:after="40"/>
              <w:jc w:val="center"/>
              <w:rPr>
                <w:sz w:val="28"/>
                <w:szCs w:val="28"/>
              </w:rPr>
            </w:pPr>
            <w:r w:rsidRPr="00460DEE">
              <w:rPr>
                <w:b/>
                <w:sz w:val="28"/>
                <w:szCs w:val="28"/>
              </w:rPr>
              <w:t>Number of Days</w:t>
            </w:r>
          </w:p>
        </w:tc>
      </w:tr>
      <w:tr w:rsidR="00355191" w:rsidRPr="00460DEE" w14:paraId="1858F06D" w14:textId="77777777" w:rsidTr="006F366A">
        <w:trPr>
          <w:jc w:val="center"/>
        </w:trPr>
        <w:tc>
          <w:tcPr>
            <w:tcW w:w="851" w:type="dxa"/>
          </w:tcPr>
          <w:p w14:paraId="155A4A06" w14:textId="77777777" w:rsidR="00355191" w:rsidRPr="00460DEE" w:rsidRDefault="009E7ED1">
            <w:pPr>
              <w:spacing w:after="40"/>
              <w:jc w:val="center"/>
              <w:rPr>
                <w:sz w:val="28"/>
                <w:szCs w:val="28"/>
              </w:rPr>
            </w:pPr>
            <w:r w:rsidRPr="00460DEE">
              <w:rPr>
                <w:sz w:val="28"/>
                <w:szCs w:val="28"/>
              </w:rPr>
              <w:t>1.</w:t>
            </w:r>
          </w:p>
        </w:tc>
        <w:tc>
          <w:tcPr>
            <w:tcW w:w="5609" w:type="dxa"/>
          </w:tcPr>
          <w:p w14:paraId="43D67F54" w14:textId="77777777" w:rsidR="00355191" w:rsidRPr="00460DEE" w:rsidRDefault="009E7ED1">
            <w:pPr>
              <w:spacing w:after="40"/>
              <w:rPr>
                <w:sz w:val="28"/>
                <w:szCs w:val="28"/>
              </w:rPr>
            </w:pPr>
            <w:r w:rsidRPr="00460DEE">
              <w:rPr>
                <w:sz w:val="28"/>
                <w:szCs w:val="28"/>
              </w:rPr>
              <w:t>Familiarization and observation of the organizational structure and activities of the host organization</w:t>
            </w:r>
          </w:p>
        </w:tc>
        <w:tc>
          <w:tcPr>
            <w:tcW w:w="886" w:type="dxa"/>
          </w:tcPr>
          <w:p w14:paraId="16DF875E" w14:textId="77777777" w:rsidR="00355191" w:rsidRPr="00460DEE" w:rsidRDefault="009E7ED1">
            <w:pPr>
              <w:spacing w:after="40"/>
              <w:jc w:val="center"/>
              <w:rPr>
                <w:sz w:val="28"/>
                <w:szCs w:val="28"/>
              </w:rPr>
            </w:pPr>
            <w:r w:rsidRPr="00460DEE">
              <w:rPr>
                <w:sz w:val="28"/>
                <w:szCs w:val="28"/>
              </w:rPr>
              <w:t>5</w:t>
            </w:r>
          </w:p>
        </w:tc>
      </w:tr>
      <w:tr w:rsidR="00355191" w:rsidRPr="00460DEE" w14:paraId="3D7E6338" w14:textId="77777777" w:rsidTr="006F366A">
        <w:trPr>
          <w:jc w:val="center"/>
        </w:trPr>
        <w:tc>
          <w:tcPr>
            <w:tcW w:w="851" w:type="dxa"/>
          </w:tcPr>
          <w:p w14:paraId="270C3FD2" w14:textId="77777777" w:rsidR="00355191" w:rsidRPr="00460DEE" w:rsidRDefault="009E7ED1">
            <w:pPr>
              <w:spacing w:after="40"/>
              <w:jc w:val="center"/>
              <w:rPr>
                <w:sz w:val="28"/>
                <w:szCs w:val="28"/>
              </w:rPr>
            </w:pPr>
            <w:r w:rsidRPr="00460DEE">
              <w:rPr>
                <w:sz w:val="28"/>
                <w:szCs w:val="28"/>
              </w:rPr>
              <w:t>2.</w:t>
            </w:r>
          </w:p>
        </w:tc>
        <w:tc>
          <w:tcPr>
            <w:tcW w:w="5609" w:type="dxa"/>
          </w:tcPr>
          <w:p w14:paraId="1BF913F0" w14:textId="77777777" w:rsidR="00355191" w:rsidRPr="00460DEE" w:rsidRDefault="009E7ED1">
            <w:pPr>
              <w:spacing w:after="40"/>
              <w:rPr>
                <w:sz w:val="28"/>
                <w:szCs w:val="28"/>
              </w:rPr>
            </w:pPr>
            <w:r w:rsidRPr="00460DEE">
              <w:rPr>
                <w:sz w:val="28"/>
                <w:szCs w:val="28"/>
              </w:rPr>
              <w:t>Studying and familiarizing with the organization's infrastructure</w:t>
            </w:r>
          </w:p>
        </w:tc>
        <w:tc>
          <w:tcPr>
            <w:tcW w:w="886" w:type="dxa"/>
          </w:tcPr>
          <w:p w14:paraId="3D7E9DF4" w14:textId="77777777" w:rsidR="00355191" w:rsidRPr="00460DEE" w:rsidRDefault="009E7ED1">
            <w:pPr>
              <w:spacing w:after="40"/>
              <w:jc w:val="center"/>
              <w:rPr>
                <w:sz w:val="28"/>
                <w:szCs w:val="28"/>
              </w:rPr>
            </w:pPr>
            <w:r w:rsidRPr="00460DEE">
              <w:rPr>
                <w:sz w:val="28"/>
                <w:szCs w:val="28"/>
              </w:rPr>
              <w:t>5</w:t>
            </w:r>
          </w:p>
        </w:tc>
      </w:tr>
      <w:tr w:rsidR="00355191" w:rsidRPr="00460DEE" w14:paraId="4B90840B" w14:textId="77777777" w:rsidTr="006F366A">
        <w:trPr>
          <w:jc w:val="center"/>
        </w:trPr>
        <w:tc>
          <w:tcPr>
            <w:tcW w:w="851" w:type="dxa"/>
          </w:tcPr>
          <w:p w14:paraId="34B1436C" w14:textId="77777777" w:rsidR="00355191" w:rsidRPr="00460DEE" w:rsidRDefault="009E7ED1">
            <w:pPr>
              <w:spacing w:after="40"/>
              <w:jc w:val="center"/>
              <w:rPr>
                <w:sz w:val="28"/>
                <w:szCs w:val="28"/>
              </w:rPr>
            </w:pPr>
            <w:r w:rsidRPr="00460DEE">
              <w:rPr>
                <w:sz w:val="28"/>
                <w:szCs w:val="28"/>
              </w:rPr>
              <w:t>3.</w:t>
            </w:r>
          </w:p>
        </w:tc>
        <w:tc>
          <w:tcPr>
            <w:tcW w:w="5609" w:type="dxa"/>
          </w:tcPr>
          <w:p w14:paraId="0F74452D" w14:textId="77777777" w:rsidR="00355191" w:rsidRPr="00460DEE" w:rsidRDefault="009E7ED1">
            <w:pPr>
              <w:spacing w:after="40"/>
              <w:rPr>
                <w:sz w:val="28"/>
                <w:szCs w:val="28"/>
              </w:rPr>
            </w:pPr>
            <w:r w:rsidRPr="00460DEE">
              <w:rPr>
                <w:sz w:val="28"/>
                <w:szCs w:val="28"/>
              </w:rPr>
              <w:t>Studying and observing the activity of the host organization</w:t>
            </w:r>
          </w:p>
        </w:tc>
        <w:tc>
          <w:tcPr>
            <w:tcW w:w="886" w:type="dxa"/>
          </w:tcPr>
          <w:p w14:paraId="7A8E9900" w14:textId="77777777" w:rsidR="00355191" w:rsidRPr="00460DEE" w:rsidRDefault="009E7ED1">
            <w:pPr>
              <w:spacing w:after="40"/>
              <w:jc w:val="center"/>
              <w:rPr>
                <w:sz w:val="28"/>
                <w:szCs w:val="28"/>
              </w:rPr>
            </w:pPr>
            <w:r w:rsidRPr="00460DEE">
              <w:rPr>
                <w:sz w:val="28"/>
                <w:szCs w:val="28"/>
              </w:rPr>
              <w:t>5</w:t>
            </w:r>
          </w:p>
        </w:tc>
      </w:tr>
      <w:tr w:rsidR="00355191" w:rsidRPr="00460DEE" w14:paraId="369E1A0F" w14:textId="77777777" w:rsidTr="006F366A">
        <w:trPr>
          <w:jc w:val="center"/>
        </w:trPr>
        <w:tc>
          <w:tcPr>
            <w:tcW w:w="851" w:type="dxa"/>
          </w:tcPr>
          <w:p w14:paraId="02267B55" w14:textId="77777777" w:rsidR="00355191" w:rsidRPr="00460DEE" w:rsidRDefault="009E7ED1">
            <w:pPr>
              <w:spacing w:after="40"/>
              <w:jc w:val="center"/>
              <w:rPr>
                <w:sz w:val="28"/>
                <w:szCs w:val="28"/>
              </w:rPr>
            </w:pPr>
            <w:r w:rsidRPr="00460DEE">
              <w:rPr>
                <w:sz w:val="28"/>
                <w:szCs w:val="28"/>
              </w:rPr>
              <w:t>4.</w:t>
            </w:r>
          </w:p>
        </w:tc>
        <w:tc>
          <w:tcPr>
            <w:tcW w:w="5609" w:type="dxa"/>
          </w:tcPr>
          <w:p w14:paraId="19561D7C" w14:textId="77777777" w:rsidR="00355191" w:rsidRPr="00460DEE" w:rsidRDefault="009E7ED1">
            <w:pPr>
              <w:spacing w:after="40"/>
              <w:rPr>
                <w:sz w:val="28"/>
                <w:szCs w:val="28"/>
              </w:rPr>
            </w:pPr>
            <w:r w:rsidRPr="00460DEE">
              <w:rPr>
                <w:sz w:val="28"/>
                <w:szCs w:val="28"/>
              </w:rPr>
              <w:t>Familiarizing with functions and duties of the organization's staff</w:t>
            </w:r>
          </w:p>
        </w:tc>
        <w:tc>
          <w:tcPr>
            <w:tcW w:w="886" w:type="dxa"/>
          </w:tcPr>
          <w:p w14:paraId="17B5DAF8" w14:textId="77777777" w:rsidR="00355191" w:rsidRPr="00460DEE" w:rsidRDefault="009E7ED1">
            <w:pPr>
              <w:spacing w:after="40"/>
              <w:jc w:val="center"/>
              <w:rPr>
                <w:sz w:val="28"/>
                <w:szCs w:val="28"/>
              </w:rPr>
            </w:pPr>
            <w:r w:rsidRPr="00460DEE">
              <w:rPr>
                <w:sz w:val="28"/>
                <w:szCs w:val="28"/>
              </w:rPr>
              <w:t>5</w:t>
            </w:r>
          </w:p>
        </w:tc>
      </w:tr>
      <w:tr w:rsidR="00355191" w:rsidRPr="00460DEE" w14:paraId="5AD88A8D" w14:textId="77777777" w:rsidTr="006F366A">
        <w:trPr>
          <w:jc w:val="center"/>
        </w:trPr>
        <w:tc>
          <w:tcPr>
            <w:tcW w:w="851" w:type="dxa"/>
          </w:tcPr>
          <w:p w14:paraId="6A5A939A" w14:textId="77777777" w:rsidR="00355191" w:rsidRPr="00460DEE" w:rsidRDefault="009E7ED1">
            <w:pPr>
              <w:spacing w:after="40"/>
              <w:jc w:val="center"/>
              <w:rPr>
                <w:sz w:val="28"/>
                <w:szCs w:val="28"/>
              </w:rPr>
            </w:pPr>
            <w:r w:rsidRPr="00460DEE">
              <w:rPr>
                <w:sz w:val="28"/>
                <w:szCs w:val="28"/>
              </w:rPr>
              <w:t>5.</w:t>
            </w:r>
          </w:p>
        </w:tc>
        <w:tc>
          <w:tcPr>
            <w:tcW w:w="5609" w:type="dxa"/>
          </w:tcPr>
          <w:p w14:paraId="2FDD7933" w14:textId="77777777" w:rsidR="00355191" w:rsidRPr="00460DEE" w:rsidRDefault="009E7ED1">
            <w:pPr>
              <w:spacing w:after="40"/>
              <w:rPr>
                <w:sz w:val="28"/>
                <w:szCs w:val="28"/>
              </w:rPr>
            </w:pPr>
            <w:r w:rsidRPr="00460DEE">
              <w:rPr>
                <w:sz w:val="28"/>
                <w:szCs w:val="28"/>
              </w:rPr>
              <w:t>Studying and observing customer service processes with individuals and legal entities at the host organization</w:t>
            </w:r>
          </w:p>
        </w:tc>
        <w:tc>
          <w:tcPr>
            <w:tcW w:w="886" w:type="dxa"/>
          </w:tcPr>
          <w:p w14:paraId="5E7F75D6" w14:textId="77777777" w:rsidR="00355191" w:rsidRPr="00460DEE" w:rsidRDefault="009E7ED1">
            <w:pPr>
              <w:spacing w:after="40"/>
              <w:jc w:val="center"/>
              <w:rPr>
                <w:sz w:val="28"/>
                <w:szCs w:val="28"/>
              </w:rPr>
            </w:pPr>
            <w:r w:rsidRPr="00460DEE">
              <w:rPr>
                <w:sz w:val="28"/>
                <w:szCs w:val="28"/>
              </w:rPr>
              <w:t>5</w:t>
            </w:r>
          </w:p>
        </w:tc>
      </w:tr>
      <w:tr w:rsidR="00355191" w:rsidRPr="00460DEE" w14:paraId="0F256AF2" w14:textId="77777777" w:rsidTr="006F366A">
        <w:trPr>
          <w:jc w:val="center"/>
        </w:trPr>
        <w:tc>
          <w:tcPr>
            <w:tcW w:w="851" w:type="dxa"/>
          </w:tcPr>
          <w:p w14:paraId="40482E12" w14:textId="77777777" w:rsidR="00355191" w:rsidRPr="00460DEE" w:rsidRDefault="009E7ED1">
            <w:pPr>
              <w:spacing w:after="40"/>
              <w:jc w:val="center"/>
              <w:rPr>
                <w:sz w:val="28"/>
                <w:szCs w:val="28"/>
              </w:rPr>
            </w:pPr>
            <w:r w:rsidRPr="00460DEE">
              <w:rPr>
                <w:sz w:val="28"/>
                <w:szCs w:val="28"/>
              </w:rPr>
              <w:lastRenderedPageBreak/>
              <w:t>6.</w:t>
            </w:r>
          </w:p>
        </w:tc>
        <w:tc>
          <w:tcPr>
            <w:tcW w:w="5609" w:type="dxa"/>
          </w:tcPr>
          <w:p w14:paraId="2C1C4321" w14:textId="77777777" w:rsidR="00355191" w:rsidRPr="00460DEE" w:rsidRDefault="009E7ED1">
            <w:pPr>
              <w:spacing w:after="40"/>
              <w:rPr>
                <w:sz w:val="28"/>
                <w:szCs w:val="28"/>
              </w:rPr>
            </w:pPr>
            <w:r w:rsidRPr="00460DEE">
              <w:rPr>
                <w:sz w:val="28"/>
                <w:szCs w:val="28"/>
              </w:rPr>
              <w:t>Developing conclusions and proposals to improve the performance of the host organization</w:t>
            </w:r>
          </w:p>
        </w:tc>
        <w:tc>
          <w:tcPr>
            <w:tcW w:w="886" w:type="dxa"/>
          </w:tcPr>
          <w:p w14:paraId="5348139E" w14:textId="77777777" w:rsidR="00355191" w:rsidRPr="00460DEE" w:rsidRDefault="009E7ED1">
            <w:pPr>
              <w:spacing w:after="40"/>
              <w:jc w:val="center"/>
              <w:rPr>
                <w:sz w:val="28"/>
                <w:szCs w:val="28"/>
              </w:rPr>
            </w:pPr>
            <w:r w:rsidRPr="00460DEE">
              <w:rPr>
                <w:sz w:val="28"/>
                <w:szCs w:val="28"/>
              </w:rPr>
              <w:t>5</w:t>
            </w:r>
          </w:p>
        </w:tc>
      </w:tr>
      <w:tr w:rsidR="00355191" w:rsidRPr="00460DEE" w14:paraId="07B8D544" w14:textId="77777777" w:rsidTr="006F366A">
        <w:trPr>
          <w:jc w:val="center"/>
        </w:trPr>
        <w:tc>
          <w:tcPr>
            <w:tcW w:w="851" w:type="dxa"/>
          </w:tcPr>
          <w:p w14:paraId="29847186" w14:textId="77777777" w:rsidR="00355191" w:rsidRPr="00460DEE" w:rsidRDefault="009E7ED1">
            <w:pPr>
              <w:spacing w:after="40"/>
              <w:jc w:val="center"/>
              <w:rPr>
                <w:sz w:val="28"/>
                <w:szCs w:val="28"/>
              </w:rPr>
            </w:pPr>
            <w:r w:rsidRPr="00460DEE">
              <w:rPr>
                <w:b/>
                <w:sz w:val="28"/>
                <w:szCs w:val="28"/>
              </w:rPr>
              <w:t>Total</w:t>
            </w:r>
          </w:p>
        </w:tc>
        <w:tc>
          <w:tcPr>
            <w:tcW w:w="5609" w:type="dxa"/>
          </w:tcPr>
          <w:p w14:paraId="5903F094" w14:textId="77777777" w:rsidR="00355191" w:rsidRPr="00460DEE" w:rsidRDefault="00355191">
            <w:pPr>
              <w:spacing w:after="40"/>
              <w:rPr>
                <w:sz w:val="28"/>
                <w:szCs w:val="28"/>
              </w:rPr>
            </w:pPr>
          </w:p>
        </w:tc>
        <w:tc>
          <w:tcPr>
            <w:tcW w:w="886" w:type="dxa"/>
          </w:tcPr>
          <w:p w14:paraId="073141E0" w14:textId="77777777" w:rsidR="00355191" w:rsidRPr="00460DEE" w:rsidRDefault="009E7ED1">
            <w:pPr>
              <w:spacing w:after="40"/>
              <w:jc w:val="center"/>
              <w:rPr>
                <w:sz w:val="28"/>
                <w:szCs w:val="28"/>
              </w:rPr>
            </w:pPr>
            <w:r w:rsidRPr="00460DEE">
              <w:rPr>
                <w:b/>
                <w:sz w:val="28"/>
                <w:szCs w:val="28"/>
              </w:rPr>
              <w:t>30</w:t>
            </w:r>
          </w:p>
        </w:tc>
      </w:tr>
    </w:tbl>
    <w:p w14:paraId="58DA4F98" w14:textId="77777777" w:rsidR="00355191" w:rsidRPr="00460DEE" w:rsidRDefault="00355191">
      <w:pPr>
        <w:spacing w:after="240"/>
        <w:rPr>
          <w:sz w:val="28"/>
          <w:szCs w:val="28"/>
        </w:rPr>
      </w:pPr>
    </w:p>
    <w:p w14:paraId="4A2C5568" w14:textId="77777777" w:rsidR="00355191" w:rsidRPr="00460DEE" w:rsidRDefault="009E7ED1" w:rsidP="00187148">
      <w:pPr>
        <w:spacing w:after="0" w:line="360" w:lineRule="auto"/>
        <w:jc w:val="both"/>
        <w:rPr>
          <w:sz w:val="28"/>
          <w:szCs w:val="28"/>
        </w:rPr>
      </w:pPr>
      <w:r w:rsidRPr="00460DEE">
        <w:rPr>
          <w:b/>
          <w:sz w:val="28"/>
          <w:szCs w:val="28"/>
        </w:rPr>
        <w:t>Topic 1. Familiarization and observation of the organizational structure and activities of the host organization</w:t>
      </w:r>
    </w:p>
    <w:p w14:paraId="21D552CC" w14:textId="77777777" w:rsidR="00355191" w:rsidRPr="00460DEE" w:rsidRDefault="009E7ED1" w:rsidP="00187148">
      <w:pPr>
        <w:spacing w:after="0" w:line="360" w:lineRule="auto"/>
        <w:jc w:val="both"/>
        <w:rPr>
          <w:sz w:val="28"/>
          <w:szCs w:val="28"/>
        </w:rPr>
      </w:pPr>
      <w:r w:rsidRPr="00460DEE">
        <w:rPr>
          <w:i/>
          <w:sz w:val="28"/>
          <w:szCs w:val="28"/>
        </w:rPr>
        <w:t>Under this topic, the student:</w:t>
      </w:r>
    </w:p>
    <w:p w14:paraId="0FD611B0" w14:textId="77777777" w:rsidR="00355191" w:rsidRPr="00460DEE" w:rsidRDefault="009E7ED1" w:rsidP="00187148">
      <w:pPr>
        <w:pStyle w:val="a0"/>
        <w:spacing w:after="0" w:line="360" w:lineRule="auto"/>
        <w:jc w:val="both"/>
        <w:rPr>
          <w:sz w:val="28"/>
          <w:szCs w:val="28"/>
        </w:rPr>
      </w:pPr>
      <w:r w:rsidRPr="00460DEE">
        <w:rPr>
          <w:sz w:val="28"/>
          <w:szCs w:val="28"/>
        </w:rPr>
        <w:t>examines and studies the activity directions, organizational structure, and management system of the internship facility;</w:t>
      </w:r>
    </w:p>
    <w:p w14:paraId="22713B8C" w14:textId="77777777" w:rsidR="00355191" w:rsidRPr="00460DEE" w:rsidRDefault="009E7ED1" w:rsidP="00187148">
      <w:pPr>
        <w:pStyle w:val="a0"/>
        <w:spacing w:after="0" w:line="360" w:lineRule="auto"/>
        <w:jc w:val="both"/>
        <w:rPr>
          <w:sz w:val="28"/>
          <w:szCs w:val="28"/>
        </w:rPr>
      </w:pPr>
      <w:proofErr w:type="gramStart"/>
      <w:r w:rsidRPr="00460DEE">
        <w:rPr>
          <w:sz w:val="28"/>
          <w:szCs w:val="28"/>
        </w:rPr>
        <w:t>draws</w:t>
      </w:r>
      <w:proofErr w:type="gramEnd"/>
      <w:r w:rsidRPr="00460DEE">
        <w:rPr>
          <w:sz w:val="28"/>
          <w:szCs w:val="28"/>
        </w:rPr>
        <w:t xml:space="preserve"> conclusions based on collected data using tables, diagrams, and charts.</w:t>
      </w:r>
    </w:p>
    <w:p w14:paraId="6D061C95" w14:textId="77777777" w:rsidR="00355191" w:rsidRPr="00460DEE" w:rsidRDefault="009E7ED1" w:rsidP="00187148">
      <w:pPr>
        <w:spacing w:after="0" w:line="360" w:lineRule="auto"/>
        <w:jc w:val="both"/>
        <w:rPr>
          <w:sz w:val="28"/>
          <w:szCs w:val="28"/>
        </w:rPr>
      </w:pPr>
      <w:r w:rsidRPr="00460DEE">
        <w:rPr>
          <w:b/>
          <w:sz w:val="28"/>
          <w:szCs w:val="28"/>
        </w:rPr>
        <w:t>Topic 2. Studying and familiarizing with the organization's infrastructure</w:t>
      </w:r>
    </w:p>
    <w:p w14:paraId="1E837F36" w14:textId="77777777" w:rsidR="00355191" w:rsidRPr="00460DEE" w:rsidRDefault="009E7ED1" w:rsidP="00187148">
      <w:pPr>
        <w:spacing w:after="0" w:line="360" w:lineRule="auto"/>
        <w:jc w:val="both"/>
        <w:rPr>
          <w:sz w:val="28"/>
          <w:szCs w:val="28"/>
        </w:rPr>
      </w:pPr>
      <w:r w:rsidRPr="00460DEE">
        <w:rPr>
          <w:i/>
          <w:sz w:val="28"/>
          <w:szCs w:val="28"/>
        </w:rPr>
        <w:t>Under this topic, the student:</w:t>
      </w:r>
    </w:p>
    <w:p w14:paraId="35B3F07E" w14:textId="77777777" w:rsidR="00355191" w:rsidRPr="00460DEE" w:rsidRDefault="009E7ED1" w:rsidP="00187148">
      <w:pPr>
        <w:pStyle w:val="a0"/>
        <w:spacing w:after="0" w:line="360" w:lineRule="auto"/>
        <w:jc w:val="both"/>
        <w:rPr>
          <w:sz w:val="28"/>
          <w:szCs w:val="28"/>
        </w:rPr>
      </w:pPr>
      <w:r w:rsidRPr="00460DEE">
        <w:rPr>
          <w:sz w:val="28"/>
          <w:szCs w:val="28"/>
        </w:rPr>
        <w:t>identifies how the buildings, location, and territory of the internship facility are organized;</w:t>
      </w:r>
    </w:p>
    <w:p w14:paraId="531DDC40" w14:textId="77777777" w:rsidR="00355191" w:rsidRPr="00460DEE" w:rsidRDefault="009E7ED1" w:rsidP="00187148">
      <w:pPr>
        <w:pStyle w:val="a0"/>
        <w:spacing w:after="0" w:line="360" w:lineRule="auto"/>
        <w:jc w:val="both"/>
        <w:rPr>
          <w:sz w:val="28"/>
          <w:szCs w:val="28"/>
        </w:rPr>
      </w:pPr>
      <w:r w:rsidRPr="00460DEE">
        <w:rPr>
          <w:sz w:val="28"/>
          <w:szCs w:val="28"/>
        </w:rPr>
        <w:t>gets acquainted with main departments and infrastructure objects;</w:t>
      </w:r>
    </w:p>
    <w:p w14:paraId="3B977238" w14:textId="77777777" w:rsidR="00355191" w:rsidRPr="00460DEE" w:rsidRDefault="009E7ED1" w:rsidP="00187148">
      <w:pPr>
        <w:pStyle w:val="a0"/>
        <w:spacing w:after="0" w:line="360" w:lineRule="auto"/>
        <w:jc w:val="both"/>
        <w:rPr>
          <w:sz w:val="28"/>
          <w:szCs w:val="28"/>
        </w:rPr>
      </w:pPr>
      <w:r w:rsidRPr="00460DEE">
        <w:rPr>
          <w:sz w:val="28"/>
          <w:szCs w:val="28"/>
        </w:rPr>
        <w:t>studies the external and internal system of the facility;</w:t>
      </w:r>
    </w:p>
    <w:p w14:paraId="3C05A88F" w14:textId="77777777" w:rsidR="00355191" w:rsidRPr="00460DEE" w:rsidRDefault="009E7ED1" w:rsidP="00187148">
      <w:pPr>
        <w:pStyle w:val="a0"/>
        <w:spacing w:after="0" w:line="360" w:lineRule="auto"/>
        <w:jc w:val="both"/>
        <w:rPr>
          <w:sz w:val="28"/>
          <w:szCs w:val="28"/>
        </w:rPr>
      </w:pPr>
      <w:r w:rsidRPr="00460DEE">
        <w:rPr>
          <w:sz w:val="28"/>
          <w:szCs w:val="28"/>
        </w:rPr>
        <w:t>analyzes the impact of the facility's infrastructure on customers;</w:t>
      </w:r>
    </w:p>
    <w:p w14:paraId="4020441A" w14:textId="77777777" w:rsidR="00355191" w:rsidRPr="00460DEE" w:rsidRDefault="009E7ED1" w:rsidP="00187148">
      <w:pPr>
        <w:pStyle w:val="a0"/>
        <w:spacing w:after="0" w:line="360" w:lineRule="auto"/>
        <w:jc w:val="both"/>
        <w:rPr>
          <w:sz w:val="28"/>
          <w:szCs w:val="28"/>
        </w:rPr>
      </w:pPr>
      <w:proofErr w:type="gramStart"/>
      <w:r w:rsidRPr="00460DEE">
        <w:rPr>
          <w:sz w:val="28"/>
          <w:szCs w:val="28"/>
        </w:rPr>
        <w:t>reflects</w:t>
      </w:r>
      <w:proofErr w:type="gramEnd"/>
      <w:r w:rsidRPr="00460DEE">
        <w:rPr>
          <w:sz w:val="28"/>
          <w:szCs w:val="28"/>
        </w:rPr>
        <w:t xml:space="preserve"> the analysis results in the internship report.</w:t>
      </w:r>
    </w:p>
    <w:p w14:paraId="30E15E3B" w14:textId="77777777" w:rsidR="00355191" w:rsidRPr="00460DEE" w:rsidRDefault="009E7ED1" w:rsidP="00187148">
      <w:pPr>
        <w:spacing w:after="0" w:line="360" w:lineRule="auto"/>
        <w:jc w:val="both"/>
        <w:rPr>
          <w:sz w:val="28"/>
          <w:szCs w:val="28"/>
        </w:rPr>
      </w:pPr>
      <w:r w:rsidRPr="00460DEE">
        <w:rPr>
          <w:b/>
          <w:sz w:val="28"/>
          <w:szCs w:val="28"/>
        </w:rPr>
        <w:t>Topic 3. Studying and observing the activity of the host organization</w:t>
      </w:r>
    </w:p>
    <w:p w14:paraId="50E8CD88" w14:textId="77777777" w:rsidR="00355191" w:rsidRPr="00460DEE" w:rsidRDefault="009E7ED1" w:rsidP="00187148">
      <w:pPr>
        <w:spacing w:after="0" w:line="360" w:lineRule="auto"/>
        <w:jc w:val="both"/>
        <w:rPr>
          <w:sz w:val="28"/>
          <w:szCs w:val="28"/>
        </w:rPr>
      </w:pPr>
      <w:r w:rsidRPr="00460DEE">
        <w:rPr>
          <w:i/>
          <w:sz w:val="28"/>
          <w:szCs w:val="28"/>
        </w:rPr>
        <w:t>Under this topic, the student:</w:t>
      </w:r>
    </w:p>
    <w:p w14:paraId="0E21BAEB" w14:textId="77777777" w:rsidR="00355191" w:rsidRPr="00460DEE" w:rsidRDefault="009E7ED1" w:rsidP="00187148">
      <w:pPr>
        <w:pStyle w:val="a0"/>
        <w:spacing w:after="0" w:line="360" w:lineRule="auto"/>
        <w:jc w:val="both"/>
        <w:rPr>
          <w:sz w:val="28"/>
          <w:szCs w:val="28"/>
        </w:rPr>
      </w:pPr>
      <w:r w:rsidRPr="00460DEE">
        <w:rPr>
          <w:sz w:val="28"/>
          <w:szCs w:val="28"/>
        </w:rPr>
        <w:t>studies the operations and primary directions of the internship facility;</w:t>
      </w:r>
    </w:p>
    <w:p w14:paraId="3F0C7B0D" w14:textId="77777777" w:rsidR="00355191" w:rsidRPr="00460DEE" w:rsidRDefault="009E7ED1" w:rsidP="00187148">
      <w:pPr>
        <w:pStyle w:val="a0"/>
        <w:spacing w:after="0" w:line="360" w:lineRule="auto"/>
        <w:jc w:val="both"/>
        <w:rPr>
          <w:sz w:val="28"/>
          <w:szCs w:val="28"/>
        </w:rPr>
      </w:pPr>
      <w:r w:rsidRPr="00460DEE">
        <w:rPr>
          <w:sz w:val="28"/>
          <w:szCs w:val="28"/>
        </w:rPr>
        <w:t>gets acquainted with internal regulatory documents and safety rules;</w:t>
      </w:r>
    </w:p>
    <w:p w14:paraId="5CD9659B" w14:textId="77777777" w:rsidR="00355191" w:rsidRPr="00460DEE" w:rsidRDefault="009E7ED1" w:rsidP="00187148">
      <w:pPr>
        <w:pStyle w:val="a0"/>
        <w:spacing w:after="0" w:line="360" w:lineRule="auto"/>
        <w:jc w:val="both"/>
        <w:rPr>
          <w:sz w:val="28"/>
          <w:szCs w:val="28"/>
        </w:rPr>
      </w:pPr>
      <w:proofErr w:type="gramStart"/>
      <w:r w:rsidRPr="00460DEE">
        <w:rPr>
          <w:sz w:val="28"/>
          <w:szCs w:val="28"/>
        </w:rPr>
        <w:t>writes</w:t>
      </w:r>
      <w:proofErr w:type="gramEnd"/>
      <w:r w:rsidRPr="00460DEE">
        <w:rPr>
          <w:sz w:val="28"/>
          <w:szCs w:val="28"/>
        </w:rPr>
        <w:t xml:space="preserve"> conclusions based on collected information.</w:t>
      </w:r>
    </w:p>
    <w:p w14:paraId="1B1BDAE1" w14:textId="77777777" w:rsidR="00355191" w:rsidRPr="00460DEE" w:rsidRDefault="009E7ED1" w:rsidP="00187148">
      <w:pPr>
        <w:spacing w:after="0" w:line="360" w:lineRule="auto"/>
        <w:jc w:val="both"/>
        <w:rPr>
          <w:sz w:val="28"/>
          <w:szCs w:val="28"/>
        </w:rPr>
      </w:pPr>
      <w:r w:rsidRPr="00460DEE">
        <w:rPr>
          <w:b/>
          <w:sz w:val="28"/>
          <w:szCs w:val="28"/>
        </w:rPr>
        <w:t>Topic 4. Familiarizing with functions and duties of the organization's staff</w:t>
      </w:r>
    </w:p>
    <w:p w14:paraId="16A8AEFA" w14:textId="77777777" w:rsidR="00355191" w:rsidRPr="00460DEE" w:rsidRDefault="009E7ED1" w:rsidP="00187148">
      <w:pPr>
        <w:spacing w:after="0" w:line="360" w:lineRule="auto"/>
        <w:jc w:val="both"/>
        <w:rPr>
          <w:sz w:val="28"/>
          <w:szCs w:val="28"/>
        </w:rPr>
      </w:pPr>
      <w:r w:rsidRPr="00460DEE">
        <w:rPr>
          <w:i/>
          <w:sz w:val="28"/>
          <w:szCs w:val="28"/>
        </w:rPr>
        <w:t>Under this topic, the student:</w:t>
      </w:r>
    </w:p>
    <w:p w14:paraId="604D5A00" w14:textId="77777777" w:rsidR="00355191" w:rsidRPr="00460DEE" w:rsidRDefault="009E7ED1" w:rsidP="00187148">
      <w:pPr>
        <w:pStyle w:val="a0"/>
        <w:spacing w:after="0" w:line="360" w:lineRule="auto"/>
        <w:jc w:val="both"/>
        <w:rPr>
          <w:sz w:val="28"/>
          <w:szCs w:val="28"/>
        </w:rPr>
      </w:pPr>
      <w:r w:rsidRPr="00460DEE">
        <w:rPr>
          <w:sz w:val="28"/>
          <w:szCs w:val="28"/>
        </w:rPr>
        <w:t>observes and studies the work process and responsibilities of each employee;</w:t>
      </w:r>
    </w:p>
    <w:p w14:paraId="1282A026" w14:textId="77777777" w:rsidR="00355191" w:rsidRPr="00460DEE" w:rsidRDefault="009E7ED1" w:rsidP="00187148">
      <w:pPr>
        <w:pStyle w:val="a0"/>
        <w:spacing w:after="0" w:line="360" w:lineRule="auto"/>
        <w:jc w:val="both"/>
        <w:rPr>
          <w:sz w:val="28"/>
          <w:szCs w:val="28"/>
        </w:rPr>
      </w:pPr>
      <w:r w:rsidRPr="00460DEE">
        <w:rPr>
          <w:sz w:val="28"/>
          <w:szCs w:val="28"/>
        </w:rPr>
        <w:t>analyzes the functions and duties of the internship facility;</w:t>
      </w:r>
    </w:p>
    <w:p w14:paraId="384685BB" w14:textId="77777777" w:rsidR="00355191" w:rsidRPr="00460DEE" w:rsidRDefault="009E7ED1" w:rsidP="00187148">
      <w:pPr>
        <w:pStyle w:val="a0"/>
        <w:spacing w:after="0" w:line="360" w:lineRule="auto"/>
        <w:jc w:val="both"/>
        <w:rPr>
          <w:sz w:val="28"/>
          <w:szCs w:val="28"/>
        </w:rPr>
      </w:pPr>
      <w:proofErr w:type="gramStart"/>
      <w:r w:rsidRPr="00460DEE">
        <w:rPr>
          <w:sz w:val="28"/>
          <w:szCs w:val="28"/>
        </w:rPr>
        <w:lastRenderedPageBreak/>
        <w:t>writes</w:t>
      </w:r>
      <w:proofErr w:type="gramEnd"/>
      <w:r w:rsidRPr="00460DEE">
        <w:rPr>
          <w:sz w:val="28"/>
          <w:szCs w:val="28"/>
        </w:rPr>
        <w:t xml:space="preserve"> a report based on collected data.</w:t>
      </w:r>
    </w:p>
    <w:p w14:paraId="04852C0E" w14:textId="77777777" w:rsidR="00355191" w:rsidRPr="00460DEE" w:rsidRDefault="009E7ED1" w:rsidP="00187148">
      <w:pPr>
        <w:spacing w:after="0" w:line="360" w:lineRule="auto"/>
        <w:jc w:val="both"/>
        <w:rPr>
          <w:sz w:val="28"/>
          <w:szCs w:val="28"/>
        </w:rPr>
      </w:pPr>
      <w:r w:rsidRPr="00460DEE">
        <w:rPr>
          <w:b/>
          <w:sz w:val="28"/>
          <w:szCs w:val="28"/>
        </w:rPr>
        <w:t>Topic 5. Studying and observing customer service processes with individuals and legal entities at the host organization</w:t>
      </w:r>
    </w:p>
    <w:p w14:paraId="03F7D5C1" w14:textId="77777777" w:rsidR="00355191" w:rsidRPr="00460DEE" w:rsidRDefault="009E7ED1" w:rsidP="00187148">
      <w:pPr>
        <w:spacing w:after="0" w:line="360" w:lineRule="auto"/>
        <w:jc w:val="both"/>
        <w:rPr>
          <w:sz w:val="28"/>
          <w:szCs w:val="28"/>
        </w:rPr>
      </w:pPr>
      <w:r w:rsidRPr="00460DEE">
        <w:rPr>
          <w:i/>
          <w:sz w:val="28"/>
          <w:szCs w:val="28"/>
        </w:rPr>
        <w:t>Under this topic, the student:</w:t>
      </w:r>
    </w:p>
    <w:p w14:paraId="55CFF739" w14:textId="77777777" w:rsidR="00355191" w:rsidRPr="00460DEE" w:rsidRDefault="009E7ED1" w:rsidP="00187148">
      <w:pPr>
        <w:pStyle w:val="a0"/>
        <w:spacing w:after="0" w:line="360" w:lineRule="auto"/>
        <w:jc w:val="both"/>
        <w:rPr>
          <w:sz w:val="28"/>
          <w:szCs w:val="28"/>
        </w:rPr>
      </w:pPr>
      <w:r w:rsidRPr="00460DEE">
        <w:rPr>
          <w:sz w:val="28"/>
          <w:szCs w:val="28"/>
        </w:rPr>
        <w:t>studies and observes processes of working with individuals and corporate clients at the facility;</w:t>
      </w:r>
    </w:p>
    <w:p w14:paraId="264C22B2" w14:textId="77777777" w:rsidR="00355191" w:rsidRPr="00460DEE" w:rsidRDefault="009E7ED1" w:rsidP="00187148">
      <w:pPr>
        <w:pStyle w:val="a0"/>
        <w:spacing w:after="0" w:line="360" w:lineRule="auto"/>
        <w:jc w:val="both"/>
        <w:rPr>
          <w:sz w:val="28"/>
          <w:szCs w:val="28"/>
        </w:rPr>
      </w:pPr>
      <w:r w:rsidRPr="00460DEE">
        <w:rPr>
          <w:sz w:val="28"/>
          <w:szCs w:val="28"/>
        </w:rPr>
        <w:t>studies types of services offered;</w:t>
      </w:r>
    </w:p>
    <w:p w14:paraId="51DBCA19" w14:textId="77777777" w:rsidR="00355191" w:rsidRPr="00460DEE" w:rsidRDefault="009E7ED1" w:rsidP="00187148">
      <w:pPr>
        <w:pStyle w:val="a0"/>
        <w:spacing w:after="0" w:line="360" w:lineRule="auto"/>
        <w:jc w:val="both"/>
        <w:rPr>
          <w:sz w:val="28"/>
          <w:szCs w:val="28"/>
        </w:rPr>
      </w:pPr>
      <w:proofErr w:type="gramStart"/>
      <w:r w:rsidRPr="00460DEE">
        <w:rPr>
          <w:sz w:val="28"/>
          <w:szCs w:val="28"/>
        </w:rPr>
        <w:t>writes</w:t>
      </w:r>
      <w:proofErr w:type="gramEnd"/>
      <w:r w:rsidRPr="00460DEE">
        <w:rPr>
          <w:sz w:val="28"/>
          <w:szCs w:val="28"/>
        </w:rPr>
        <w:t xml:space="preserve"> conclusions based on collected information.</w:t>
      </w:r>
    </w:p>
    <w:p w14:paraId="77E50D33" w14:textId="77777777" w:rsidR="00355191" w:rsidRPr="00460DEE" w:rsidRDefault="009E7ED1" w:rsidP="00187148">
      <w:pPr>
        <w:spacing w:after="0" w:line="360" w:lineRule="auto"/>
        <w:jc w:val="both"/>
        <w:rPr>
          <w:sz w:val="28"/>
          <w:szCs w:val="28"/>
        </w:rPr>
      </w:pPr>
      <w:r w:rsidRPr="00460DEE">
        <w:rPr>
          <w:b/>
          <w:sz w:val="28"/>
          <w:szCs w:val="28"/>
        </w:rPr>
        <w:t>Topic 6. Developing conclusions and proposals to improve the performance of the host organization</w:t>
      </w:r>
    </w:p>
    <w:p w14:paraId="293861DA" w14:textId="77777777" w:rsidR="00355191" w:rsidRPr="00460DEE" w:rsidRDefault="009E7ED1" w:rsidP="00187148">
      <w:pPr>
        <w:spacing w:after="0" w:line="360" w:lineRule="auto"/>
        <w:jc w:val="both"/>
        <w:rPr>
          <w:sz w:val="28"/>
          <w:szCs w:val="28"/>
        </w:rPr>
      </w:pPr>
      <w:r w:rsidRPr="00460DEE">
        <w:rPr>
          <w:i/>
          <w:sz w:val="28"/>
          <w:szCs w:val="28"/>
        </w:rPr>
        <w:t>Under this topic, the student:</w:t>
      </w:r>
    </w:p>
    <w:p w14:paraId="730EB9A4" w14:textId="77777777" w:rsidR="00355191" w:rsidRPr="00460DEE" w:rsidRDefault="009E7ED1" w:rsidP="00187148">
      <w:pPr>
        <w:pStyle w:val="a0"/>
        <w:spacing w:after="0" w:line="360" w:lineRule="auto"/>
        <w:jc w:val="both"/>
        <w:rPr>
          <w:sz w:val="28"/>
          <w:szCs w:val="28"/>
        </w:rPr>
      </w:pPr>
      <w:r w:rsidRPr="00460DEE">
        <w:rPr>
          <w:sz w:val="28"/>
          <w:szCs w:val="28"/>
        </w:rPr>
        <w:t>evaluates organizational activity studied during internship and analyzes current status;</w:t>
      </w:r>
    </w:p>
    <w:p w14:paraId="16F4B36E" w14:textId="77777777" w:rsidR="00355191" w:rsidRPr="00460DEE" w:rsidRDefault="009E7ED1" w:rsidP="00187148">
      <w:pPr>
        <w:pStyle w:val="a0"/>
        <w:spacing w:after="0" w:line="360" w:lineRule="auto"/>
        <w:jc w:val="both"/>
        <w:rPr>
          <w:sz w:val="28"/>
          <w:szCs w:val="28"/>
        </w:rPr>
      </w:pPr>
      <w:r w:rsidRPr="00460DEE">
        <w:rPr>
          <w:sz w:val="28"/>
          <w:szCs w:val="28"/>
        </w:rPr>
        <w:t>identifies problems and shortcomings based on observations;</w:t>
      </w:r>
    </w:p>
    <w:p w14:paraId="44943756" w14:textId="77777777" w:rsidR="00355191" w:rsidRPr="00460DEE" w:rsidRDefault="009E7ED1" w:rsidP="00187148">
      <w:pPr>
        <w:pStyle w:val="a0"/>
        <w:spacing w:after="0" w:line="360" w:lineRule="auto"/>
        <w:jc w:val="both"/>
        <w:rPr>
          <w:sz w:val="28"/>
          <w:szCs w:val="28"/>
        </w:rPr>
      </w:pPr>
      <w:r w:rsidRPr="00460DEE">
        <w:rPr>
          <w:sz w:val="28"/>
          <w:szCs w:val="28"/>
        </w:rPr>
        <w:t>formulates proposals to improve enterprise/organization operations;</w:t>
      </w:r>
    </w:p>
    <w:p w14:paraId="051BB6D0" w14:textId="77777777" w:rsidR="00355191" w:rsidRPr="00460DEE" w:rsidRDefault="009E7ED1" w:rsidP="00187148">
      <w:pPr>
        <w:pStyle w:val="a0"/>
        <w:spacing w:after="0" w:line="360" w:lineRule="auto"/>
        <w:jc w:val="both"/>
        <w:rPr>
          <w:sz w:val="28"/>
          <w:szCs w:val="28"/>
        </w:rPr>
      </w:pPr>
      <w:r w:rsidRPr="00460DEE">
        <w:rPr>
          <w:sz w:val="28"/>
          <w:szCs w:val="28"/>
        </w:rPr>
        <w:t>draws appropriate conclusions regarding efficiency;</w:t>
      </w:r>
    </w:p>
    <w:p w14:paraId="1340F181" w14:textId="77777777" w:rsidR="00355191" w:rsidRPr="00460DEE" w:rsidRDefault="009E7ED1">
      <w:pPr>
        <w:pStyle w:val="a0"/>
        <w:spacing w:after="60" w:line="360" w:lineRule="auto"/>
        <w:rPr>
          <w:sz w:val="28"/>
          <w:szCs w:val="28"/>
        </w:rPr>
      </w:pPr>
      <w:r w:rsidRPr="00460DEE">
        <w:rPr>
          <w:sz w:val="28"/>
          <w:szCs w:val="28"/>
        </w:rPr>
        <w:t>uses tables and figures (charts/diagrams) in writing report summaries, providing references to all numerical data and analyzing them in detail;</w:t>
      </w:r>
    </w:p>
    <w:p w14:paraId="3D7D8E39" w14:textId="77777777" w:rsidR="00355191" w:rsidRPr="00460DEE" w:rsidRDefault="009E7ED1">
      <w:pPr>
        <w:pStyle w:val="a0"/>
        <w:spacing w:after="60" w:line="360" w:lineRule="auto"/>
        <w:rPr>
          <w:sz w:val="28"/>
          <w:szCs w:val="28"/>
        </w:rPr>
      </w:pPr>
      <w:proofErr w:type="gramStart"/>
      <w:r w:rsidRPr="00460DEE">
        <w:rPr>
          <w:sz w:val="28"/>
          <w:szCs w:val="28"/>
        </w:rPr>
        <w:t>writes</w:t>
      </w:r>
      <w:proofErr w:type="gramEnd"/>
      <w:r w:rsidRPr="00460DEE">
        <w:rPr>
          <w:sz w:val="28"/>
          <w:szCs w:val="28"/>
        </w:rPr>
        <w:t xml:space="preserve"> final conclusions based on gathered information.</w:t>
      </w:r>
    </w:p>
    <w:p w14:paraId="60BD4E46" w14:textId="77777777" w:rsidR="0037129A" w:rsidRDefault="0037129A">
      <w:pPr>
        <w:rPr>
          <w:b/>
          <w:sz w:val="28"/>
          <w:szCs w:val="28"/>
        </w:rPr>
      </w:pPr>
      <w:r>
        <w:rPr>
          <w:b/>
          <w:sz w:val="28"/>
          <w:szCs w:val="28"/>
        </w:rPr>
        <w:br w:type="page"/>
      </w:r>
    </w:p>
    <w:p w14:paraId="14C5E891" w14:textId="17C44CA7" w:rsidR="00355191" w:rsidRPr="00460DEE" w:rsidRDefault="009E7ED1" w:rsidP="00187148">
      <w:pPr>
        <w:spacing w:after="0" w:line="360" w:lineRule="auto"/>
        <w:jc w:val="both"/>
        <w:rPr>
          <w:sz w:val="28"/>
          <w:szCs w:val="28"/>
        </w:rPr>
      </w:pPr>
      <w:r w:rsidRPr="00460DEE">
        <w:rPr>
          <w:b/>
          <w:sz w:val="28"/>
          <w:szCs w:val="28"/>
        </w:rPr>
        <w:lastRenderedPageBreak/>
        <w:t>III. STUDENT RESPONSIBILITIES DURING PRACTICAL INTERNSHIP</w:t>
      </w:r>
    </w:p>
    <w:p w14:paraId="0777BD93" w14:textId="77777777" w:rsidR="00355191" w:rsidRPr="00460DEE" w:rsidRDefault="009E7ED1" w:rsidP="00187148">
      <w:pPr>
        <w:spacing w:after="0" w:line="360" w:lineRule="auto"/>
        <w:ind w:firstLine="720"/>
        <w:jc w:val="both"/>
        <w:rPr>
          <w:sz w:val="28"/>
          <w:szCs w:val="28"/>
        </w:rPr>
      </w:pPr>
      <w:r w:rsidRPr="00460DEE">
        <w:rPr>
          <w:sz w:val="28"/>
          <w:szCs w:val="28"/>
        </w:rPr>
        <w:t>During internship, the student must strictly observe internal rules established at the facility. Studying and complying with labor protection, safety engineering, and industrial sanitation rules is required. The student must complete all assignments fully and qualitatively according to schedule, maintain the diary daily, fulfill instructions of supervisors, and format report documentation in a timely manner. The student must keep an internship notebook, writing analyses and conclusions for each topic.</w:t>
      </w:r>
    </w:p>
    <w:p w14:paraId="17B05B0A" w14:textId="0A1A6769" w:rsidR="00AE33F7" w:rsidRDefault="009E7ED1" w:rsidP="00187148">
      <w:pPr>
        <w:spacing w:after="0" w:line="360" w:lineRule="auto"/>
        <w:ind w:firstLine="720"/>
        <w:jc w:val="both"/>
        <w:rPr>
          <w:sz w:val="28"/>
          <w:szCs w:val="28"/>
        </w:rPr>
      </w:pPr>
      <w:r w:rsidRPr="00460DEE">
        <w:rPr>
          <w:sz w:val="28"/>
          <w:szCs w:val="28"/>
        </w:rPr>
        <w:t xml:space="preserve">Daily activities </w:t>
      </w:r>
      <w:proofErr w:type="gramStart"/>
      <w:r w:rsidRPr="00460DEE">
        <w:rPr>
          <w:sz w:val="28"/>
          <w:szCs w:val="28"/>
        </w:rPr>
        <w:t>must be summarized</w:t>
      </w:r>
      <w:proofErr w:type="gramEnd"/>
      <w:r w:rsidRPr="00460DEE">
        <w:rPr>
          <w:sz w:val="28"/>
          <w:szCs w:val="28"/>
        </w:rPr>
        <w:t xml:space="preserve"> in the internship notebook. On the last page, assigned supervisors from the facility and university provide written conclusions with signature and seal. Upon completion, the notebook </w:t>
      </w:r>
      <w:proofErr w:type="gramStart"/>
      <w:r w:rsidRPr="00460DEE">
        <w:rPr>
          <w:sz w:val="28"/>
          <w:szCs w:val="28"/>
        </w:rPr>
        <w:t>is registered</w:t>
      </w:r>
      <w:proofErr w:type="gramEnd"/>
      <w:r w:rsidRPr="00460DEE">
        <w:rPr>
          <w:sz w:val="28"/>
          <w:szCs w:val="28"/>
        </w:rPr>
        <w:t xml:space="preserve"> at the department.</w:t>
      </w:r>
    </w:p>
    <w:p w14:paraId="31FDE676" w14:textId="77777777" w:rsidR="00AE33F7" w:rsidRDefault="00AE33F7" w:rsidP="00187148">
      <w:pPr>
        <w:spacing w:after="0" w:line="360" w:lineRule="auto"/>
        <w:jc w:val="both"/>
        <w:rPr>
          <w:sz w:val="28"/>
          <w:szCs w:val="28"/>
        </w:rPr>
      </w:pPr>
      <w:r>
        <w:rPr>
          <w:sz w:val="28"/>
          <w:szCs w:val="28"/>
        </w:rPr>
        <w:br w:type="page"/>
      </w:r>
    </w:p>
    <w:p w14:paraId="63A14FAB" w14:textId="77777777" w:rsidR="00355191" w:rsidRPr="00460DEE" w:rsidRDefault="009E7ED1" w:rsidP="00187148">
      <w:pPr>
        <w:spacing w:after="0" w:line="360" w:lineRule="auto"/>
        <w:jc w:val="both"/>
        <w:rPr>
          <w:sz w:val="28"/>
          <w:szCs w:val="28"/>
        </w:rPr>
      </w:pPr>
      <w:r w:rsidRPr="00460DEE">
        <w:rPr>
          <w:b/>
          <w:sz w:val="28"/>
          <w:szCs w:val="28"/>
        </w:rPr>
        <w:lastRenderedPageBreak/>
        <w:t>IV. DUTIES OF INTERNSHIP SUPERVISORS FROM THE FACILITY AND UNIVERSITY</w:t>
      </w:r>
    </w:p>
    <w:p w14:paraId="3E7A4670" w14:textId="77777777" w:rsidR="00355191" w:rsidRPr="00460DEE" w:rsidRDefault="009E7ED1" w:rsidP="00187148">
      <w:pPr>
        <w:spacing w:after="0" w:line="360" w:lineRule="auto"/>
        <w:ind w:firstLine="720"/>
        <w:jc w:val="both"/>
        <w:rPr>
          <w:sz w:val="28"/>
          <w:szCs w:val="28"/>
        </w:rPr>
      </w:pPr>
      <w:r w:rsidRPr="00460DEE">
        <w:rPr>
          <w:b/>
          <w:sz w:val="28"/>
          <w:szCs w:val="28"/>
        </w:rPr>
        <w:t>Duties of the Facility Supervisor:</w:t>
      </w:r>
    </w:p>
    <w:p w14:paraId="73ECFF11" w14:textId="77777777" w:rsidR="00355191" w:rsidRPr="00460DEE" w:rsidRDefault="009E7ED1" w:rsidP="00187148">
      <w:pPr>
        <w:spacing w:after="0" w:line="360" w:lineRule="auto"/>
        <w:ind w:firstLine="720"/>
        <w:jc w:val="both"/>
        <w:rPr>
          <w:sz w:val="28"/>
          <w:szCs w:val="28"/>
        </w:rPr>
      </w:pPr>
      <w:r w:rsidRPr="00460DEE">
        <w:rPr>
          <w:sz w:val="28"/>
          <w:szCs w:val="28"/>
        </w:rPr>
        <w:t xml:space="preserve">Students </w:t>
      </w:r>
      <w:proofErr w:type="gramStart"/>
      <w:r w:rsidRPr="00460DEE">
        <w:rPr>
          <w:sz w:val="28"/>
          <w:szCs w:val="28"/>
        </w:rPr>
        <w:t>are admitted</w:t>
      </w:r>
      <w:proofErr w:type="gramEnd"/>
      <w:r w:rsidRPr="00460DEE">
        <w:rPr>
          <w:sz w:val="28"/>
          <w:szCs w:val="28"/>
        </w:rPr>
        <w:t xml:space="preserve"> to internship by order of the organization head, and a supervisor is appointed. The supervisor monitors the student's progress, moves them between workstations according to schedule, assists in collecting documents/copies, verifies daily entries in the diary, and writes a final evaluation upon completion.</w:t>
      </w:r>
    </w:p>
    <w:p w14:paraId="66021AD9" w14:textId="77777777" w:rsidR="00355191" w:rsidRPr="00460DEE" w:rsidRDefault="009E7ED1" w:rsidP="00187148">
      <w:pPr>
        <w:spacing w:after="0" w:line="360" w:lineRule="auto"/>
        <w:ind w:firstLine="720"/>
        <w:jc w:val="both"/>
        <w:rPr>
          <w:sz w:val="28"/>
          <w:szCs w:val="28"/>
        </w:rPr>
      </w:pPr>
      <w:r w:rsidRPr="00460DEE">
        <w:rPr>
          <w:b/>
          <w:sz w:val="28"/>
          <w:szCs w:val="28"/>
        </w:rPr>
        <w:t>Duties of the University Supervisor:</w:t>
      </w:r>
    </w:p>
    <w:p w14:paraId="79CCD16B" w14:textId="77777777" w:rsidR="00355191" w:rsidRPr="00460DEE" w:rsidRDefault="009E7ED1" w:rsidP="00187148">
      <w:pPr>
        <w:spacing w:after="0" w:line="360" w:lineRule="auto"/>
        <w:ind w:firstLine="360"/>
        <w:jc w:val="both"/>
        <w:rPr>
          <w:sz w:val="28"/>
          <w:szCs w:val="28"/>
        </w:rPr>
      </w:pPr>
      <w:r w:rsidRPr="00460DEE">
        <w:rPr>
          <w:sz w:val="28"/>
          <w:szCs w:val="28"/>
        </w:rPr>
        <w:t>Duties of the university supervisor include:</w:t>
      </w:r>
    </w:p>
    <w:p w14:paraId="418AE6DD" w14:textId="77777777" w:rsidR="00355191" w:rsidRPr="00460DEE" w:rsidRDefault="009E7ED1" w:rsidP="00187148">
      <w:pPr>
        <w:pStyle w:val="a0"/>
        <w:spacing w:after="0" w:line="360" w:lineRule="auto"/>
        <w:jc w:val="both"/>
        <w:rPr>
          <w:sz w:val="28"/>
          <w:szCs w:val="28"/>
        </w:rPr>
      </w:pPr>
      <w:r w:rsidRPr="00460DEE">
        <w:rPr>
          <w:sz w:val="28"/>
          <w:szCs w:val="28"/>
        </w:rPr>
        <w:t>conduct briefing prior to internship and explain procedural requirements;</w:t>
      </w:r>
    </w:p>
    <w:p w14:paraId="08C782D5" w14:textId="77777777" w:rsidR="00355191" w:rsidRPr="00460DEE" w:rsidRDefault="009E7ED1" w:rsidP="00187148">
      <w:pPr>
        <w:pStyle w:val="a0"/>
        <w:spacing w:after="0" w:line="360" w:lineRule="auto"/>
        <w:jc w:val="both"/>
        <w:rPr>
          <w:sz w:val="28"/>
          <w:szCs w:val="28"/>
        </w:rPr>
      </w:pPr>
      <w:r w:rsidRPr="00460DEE">
        <w:rPr>
          <w:sz w:val="28"/>
          <w:szCs w:val="28"/>
        </w:rPr>
        <w:t>monitor attendance, progress, and performance of work;</w:t>
      </w:r>
    </w:p>
    <w:p w14:paraId="68F2D0FC" w14:textId="77777777" w:rsidR="00355191" w:rsidRPr="00460DEE" w:rsidRDefault="009E7ED1" w:rsidP="00187148">
      <w:pPr>
        <w:pStyle w:val="a0"/>
        <w:spacing w:after="0" w:line="360" w:lineRule="auto"/>
        <w:jc w:val="both"/>
        <w:rPr>
          <w:sz w:val="28"/>
          <w:szCs w:val="28"/>
        </w:rPr>
      </w:pPr>
      <w:r w:rsidRPr="00460DEE">
        <w:rPr>
          <w:sz w:val="28"/>
          <w:szCs w:val="28"/>
        </w:rPr>
        <w:t>ensure full implementation of the program and resolve identified issues;</w:t>
      </w:r>
    </w:p>
    <w:p w14:paraId="464848CF" w14:textId="77777777" w:rsidR="00355191" w:rsidRPr="00460DEE" w:rsidRDefault="009E7ED1" w:rsidP="00187148">
      <w:pPr>
        <w:pStyle w:val="a0"/>
        <w:spacing w:after="0" w:line="360" w:lineRule="auto"/>
        <w:jc w:val="both"/>
        <w:rPr>
          <w:sz w:val="28"/>
          <w:szCs w:val="28"/>
        </w:rPr>
      </w:pPr>
      <w:r w:rsidRPr="00460DEE">
        <w:rPr>
          <w:sz w:val="28"/>
          <w:szCs w:val="28"/>
        </w:rPr>
        <w:t>review and monitor the proper completion of the internship notebook;</w:t>
      </w:r>
    </w:p>
    <w:p w14:paraId="5E1E114D" w14:textId="77777777" w:rsidR="00355191" w:rsidRPr="00460DEE" w:rsidRDefault="009E7ED1">
      <w:pPr>
        <w:pStyle w:val="a0"/>
        <w:spacing w:after="60" w:line="360" w:lineRule="auto"/>
        <w:rPr>
          <w:sz w:val="28"/>
          <w:szCs w:val="28"/>
        </w:rPr>
      </w:pPr>
      <w:r w:rsidRPr="00460DEE">
        <w:rPr>
          <w:sz w:val="28"/>
          <w:szCs w:val="28"/>
        </w:rPr>
        <w:t>provide written conclusions and evaluation of skills acquired;</w:t>
      </w:r>
    </w:p>
    <w:p w14:paraId="428AAA96" w14:textId="77777777" w:rsidR="00355191" w:rsidRPr="00460DEE" w:rsidRDefault="009E7ED1">
      <w:pPr>
        <w:pStyle w:val="a0"/>
        <w:spacing w:after="60" w:line="360" w:lineRule="auto"/>
        <w:rPr>
          <w:sz w:val="28"/>
          <w:szCs w:val="28"/>
        </w:rPr>
      </w:pPr>
      <w:proofErr w:type="gramStart"/>
      <w:r w:rsidRPr="00460DEE">
        <w:rPr>
          <w:sz w:val="28"/>
          <w:szCs w:val="28"/>
        </w:rPr>
        <w:t>evaluate</w:t>
      </w:r>
      <w:proofErr w:type="gramEnd"/>
      <w:r w:rsidRPr="00460DEE">
        <w:rPr>
          <w:sz w:val="28"/>
          <w:szCs w:val="28"/>
        </w:rPr>
        <w:t xml:space="preserve"> practical skills upon conclusion and recommend report for defense upon positive review.</w:t>
      </w:r>
    </w:p>
    <w:p w14:paraId="59163017" w14:textId="77777777" w:rsidR="00AE33F7" w:rsidRDefault="00AE33F7">
      <w:pPr>
        <w:rPr>
          <w:b/>
          <w:sz w:val="28"/>
          <w:szCs w:val="28"/>
        </w:rPr>
      </w:pPr>
      <w:r>
        <w:rPr>
          <w:b/>
          <w:sz w:val="28"/>
          <w:szCs w:val="28"/>
        </w:rPr>
        <w:br w:type="page"/>
      </w:r>
    </w:p>
    <w:p w14:paraId="5CBF20BF" w14:textId="7DB9B9B4" w:rsidR="00355191" w:rsidRPr="00460DEE" w:rsidRDefault="009E7ED1">
      <w:pPr>
        <w:spacing w:after="240" w:line="360" w:lineRule="auto"/>
        <w:jc w:val="center"/>
        <w:rPr>
          <w:sz w:val="28"/>
          <w:szCs w:val="28"/>
        </w:rPr>
      </w:pPr>
      <w:r w:rsidRPr="00460DEE">
        <w:rPr>
          <w:b/>
          <w:sz w:val="28"/>
          <w:szCs w:val="28"/>
        </w:rPr>
        <w:lastRenderedPageBreak/>
        <w:t>V. REPORT FORMATTING, DEFENSE PROCEDURE, AND EVALUATION CRITERIA</w:t>
      </w:r>
    </w:p>
    <w:p w14:paraId="2B581A93" w14:textId="77777777" w:rsidR="00355191" w:rsidRPr="00460DEE" w:rsidRDefault="009E7ED1" w:rsidP="00187148">
      <w:pPr>
        <w:spacing w:after="120" w:line="360" w:lineRule="auto"/>
        <w:ind w:firstLine="720"/>
        <w:jc w:val="both"/>
        <w:rPr>
          <w:sz w:val="28"/>
          <w:szCs w:val="28"/>
        </w:rPr>
      </w:pPr>
      <w:r w:rsidRPr="00460DEE">
        <w:rPr>
          <w:sz w:val="28"/>
          <w:szCs w:val="28"/>
        </w:rPr>
        <w:t xml:space="preserve">The report consists of a text section and appendices, starting with a title page. Each topic description must be independently written (at least </w:t>
      </w:r>
      <w:proofErr w:type="gramStart"/>
      <w:r w:rsidRPr="00460DEE">
        <w:rPr>
          <w:sz w:val="28"/>
          <w:szCs w:val="28"/>
        </w:rPr>
        <w:t>2</w:t>
      </w:r>
      <w:proofErr w:type="gramEnd"/>
      <w:r w:rsidRPr="00460DEE">
        <w:rPr>
          <w:sz w:val="28"/>
          <w:szCs w:val="28"/>
        </w:rPr>
        <w:t xml:space="preserve"> pages). Total length: 25–30 pages in standard A4 format, Times New Roman 14 </w:t>
      </w:r>
      <w:proofErr w:type="spellStart"/>
      <w:r w:rsidRPr="00460DEE">
        <w:rPr>
          <w:sz w:val="28"/>
          <w:szCs w:val="28"/>
        </w:rPr>
        <w:t>pt</w:t>
      </w:r>
      <w:proofErr w:type="spellEnd"/>
      <w:r w:rsidRPr="00460DEE">
        <w:rPr>
          <w:sz w:val="28"/>
          <w:szCs w:val="28"/>
        </w:rPr>
        <w:t xml:space="preserve">, 1.5 line spacing, </w:t>
      </w:r>
      <w:proofErr w:type="gramStart"/>
      <w:r w:rsidRPr="00460DEE">
        <w:rPr>
          <w:sz w:val="28"/>
          <w:szCs w:val="28"/>
        </w:rPr>
        <w:t>margins</w:t>
      </w:r>
      <w:proofErr w:type="gramEnd"/>
      <w:r w:rsidRPr="00460DEE">
        <w:rPr>
          <w:sz w:val="28"/>
          <w:szCs w:val="28"/>
        </w:rPr>
        <w:t>: Left 3 cm, Right 1.5 cm, Top/Bottom 2 cm.</w:t>
      </w:r>
    </w:p>
    <w:p w14:paraId="6E005569" w14:textId="77777777" w:rsidR="00355191" w:rsidRPr="00460DEE" w:rsidRDefault="009E7ED1">
      <w:pPr>
        <w:spacing w:after="80" w:line="360" w:lineRule="auto"/>
        <w:rPr>
          <w:sz w:val="28"/>
          <w:szCs w:val="28"/>
        </w:rPr>
      </w:pPr>
      <w:r w:rsidRPr="00460DEE">
        <w:rPr>
          <w:b/>
          <w:sz w:val="28"/>
          <w:szCs w:val="28"/>
        </w:rPr>
        <w:t>Structure of the Report:</w:t>
      </w:r>
    </w:p>
    <w:p w14:paraId="1DD99F72" w14:textId="77777777" w:rsidR="00355191" w:rsidRPr="00460DEE" w:rsidRDefault="009E7ED1">
      <w:pPr>
        <w:spacing w:after="40" w:line="360" w:lineRule="auto"/>
        <w:rPr>
          <w:sz w:val="28"/>
          <w:szCs w:val="28"/>
        </w:rPr>
      </w:pPr>
      <w:r w:rsidRPr="00460DEE">
        <w:rPr>
          <w:sz w:val="28"/>
          <w:szCs w:val="28"/>
        </w:rPr>
        <w:t>1. Title Page</w:t>
      </w:r>
    </w:p>
    <w:p w14:paraId="40C6AD75" w14:textId="77777777" w:rsidR="00355191" w:rsidRPr="00460DEE" w:rsidRDefault="009E7ED1">
      <w:pPr>
        <w:spacing w:after="40" w:line="360" w:lineRule="auto"/>
        <w:rPr>
          <w:sz w:val="28"/>
          <w:szCs w:val="28"/>
        </w:rPr>
      </w:pPr>
      <w:r w:rsidRPr="00460DEE">
        <w:rPr>
          <w:sz w:val="28"/>
          <w:szCs w:val="28"/>
        </w:rPr>
        <w:t>2. Table of Contents</w:t>
      </w:r>
    </w:p>
    <w:p w14:paraId="20F94190" w14:textId="77777777" w:rsidR="00355191" w:rsidRPr="00460DEE" w:rsidRDefault="009E7ED1">
      <w:pPr>
        <w:spacing w:after="40" w:line="360" w:lineRule="auto"/>
        <w:rPr>
          <w:sz w:val="28"/>
          <w:szCs w:val="28"/>
        </w:rPr>
      </w:pPr>
      <w:r w:rsidRPr="00460DEE">
        <w:rPr>
          <w:sz w:val="28"/>
          <w:szCs w:val="28"/>
        </w:rPr>
        <w:t>3. Introduction</w:t>
      </w:r>
    </w:p>
    <w:p w14:paraId="155505E9" w14:textId="77777777" w:rsidR="00355191" w:rsidRPr="00460DEE" w:rsidRDefault="009E7ED1">
      <w:pPr>
        <w:spacing w:after="40" w:line="360" w:lineRule="auto"/>
        <w:rPr>
          <w:sz w:val="28"/>
          <w:szCs w:val="28"/>
        </w:rPr>
      </w:pPr>
      <w:r w:rsidRPr="00460DEE">
        <w:rPr>
          <w:sz w:val="28"/>
          <w:szCs w:val="28"/>
        </w:rPr>
        <w:t>4. Main Part (Completing topic tasks)</w:t>
      </w:r>
    </w:p>
    <w:p w14:paraId="79D071E4" w14:textId="77777777" w:rsidR="00355191" w:rsidRPr="00460DEE" w:rsidRDefault="009E7ED1">
      <w:pPr>
        <w:spacing w:after="40" w:line="360" w:lineRule="auto"/>
        <w:rPr>
          <w:sz w:val="28"/>
          <w:szCs w:val="28"/>
        </w:rPr>
      </w:pPr>
      <w:r w:rsidRPr="00460DEE">
        <w:rPr>
          <w:sz w:val="28"/>
          <w:szCs w:val="28"/>
        </w:rPr>
        <w:t>5. Conclusion and Proposals</w:t>
      </w:r>
    </w:p>
    <w:p w14:paraId="4CAE2526" w14:textId="77777777" w:rsidR="00355191" w:rsidRPr="00460DEE" w:rsidRDefault="009E7ED1">
      <w:pPr>
        <w:spacing w:after="40" w:line="360" w:lineRule="auto"/>
        <w:rPr>
          <w:sz w:val="28"/>
          <w:szCs w:val="28"/>
        </w:rPr>
      </w:pPr>
      <w:r w:rsidRPr="00460DEE">
        <w:rPr>
          <w:sz w:val="28"/>
          <w:szCs w:val="28"/>
        </w:rPr>
        <w:t>6. Appendices</w:t>
      </w:r>
    </w:p>
    <w:p w14:paraId="4FD3FD3E" w14:textId="77777777" w:rsidR="00355191" w:rsidRPr="00460DEE" w:rsidRDefault="009E7ED1">
      <w:pPr>
        <w:spacing w:after="40" w:line="360" w:lineRule="auto"/>
        <w:rPr>
          <w:sz w:val="28"/>
          <w:szCs w:val="28"/>
        </w:rPr>
      </w:pPr>
      <w:r w:rsidRPr="00460DEE">
        <w:rPr>
          <w:sz w:val="28"/>
          <w:szCs w:val="28"/>
        </w:rPr>
        <w:t>7. List of References</w:t>
      </w:r>
    </w:p>
    <w:p w14:paraId="12A71695" w14:textId="77777777" w:rsidR="00355191" w:rsidRPr="00460DEE" w:rsidRDefault="009E7ED1">
      <w:pPr>
        <w:spacing w:after="160" w:line="360" w:lineRule="auto"/>
        <w:rPr>
          <w:sz w:val="28"/>
          <w:szCs w:val="28"/>
        </w:rPr>
      </w:pPr>
      <w:r w:rsidRPr="00460DEE">
        <w:rPr>
          <w:sz w:val="28"/>
          <w:szCs w:val="28"/>
        </w:rPr>
        <w:t xml:space="preserve">Student knowledge and skills </w:t>
      </w:r>
      <w:proofErr w:type="gramStart"/>
      <w:r w:rsidRPr="00460DEE">
        <w:rPr>
          <w:sz w:val="28"/>
          <w:szCs w:val="28"/>
        </w:rPr>
        <w:t>are evaluated</w:t>
      </w:r>
      <w:proofErr w:type="gramEnd"/>
      <w:r w:rsidRPr="00460DEE">
        <w:rPr>
          <w:sz w:val="28"/>
          <w:szCs w:val="28"/>
        </w:rPr>
        <w:t xml:space="preserve"> on a 100-point scale.</w:t>
      </w:r>
    </w:p>
    <w:p w14:paraId="634109ED" w14:textId="77777777" w:rsidR="00186D53" w:rsidRDefault="00186D53">
      <w:pPr>
        <w:spacing w:after="120" w:line="360" w:lineRule="auto"/>
        <w:jc w:val="right"/>
        <w:rPr>
          <w:i/>
          <w:sz w:val="28"/>
          <w:szCs w:val="28"/>
        </w:rPr>
      </w:pPr>
    </w:p>
    <w:p w14:paraId="5126C182" w14:textId="77777777" w:rsidR="00186D53" w:rsidRDefault="00186D53">
      <w:pPr>
        <w:spacing w:after="120" w:line="360" w:lineRule="auto"/>
        <w:jc w:val="right"/>
        <w:rPr>
          <w:i/>
          <w:sz w:val="28"/>
          <w:szCs w:val="28"/>
        </w:rPr>
      </w:pPr>
    </w:p>
    <w:p w14:paraId="56DA6E18" w14:textId="77777777" w:rsidR="00186D53" w:rsidRDefault="00186D53">
      <w:pPr>
        <w:spacing w:after="120" w:line="360" w:lineRule="auto"/>
        <w:jc w:val="right"/>
        <w:rPr>
          <w:i/>
          <w:sz w:val="28"/>
          <w:szCs w:val="28"/>
        </w:rPr>
      </w:pPr>
    </w:p>
    <w:p w14:paraId="14BE6EB4" w14:textId="77777777" w:rsidR="00186D53" w:rsidRDefault="00186D53">
      <w:pPr>
        <w:spacing w:after="120" w:line="360" w:lineRule="auto"/>
        <w:jc w:val="right"/>
        <w:rPr>
          <w:i/>
          <w:sz w:val="28"/>
          <w:szCs w:val="28"/>
        </w:rPr>
      </w:pPr>
    </w:p>
    <w:p w14:paraId="68A9BD04" w14:textId="77777777" w:rsidR="00186D53" w:rsidRDefault="00186D53">
      <w:pPr>
        <w:spacing w:after="120" w:line="360" w:lineRule="auto"/>
        <w:jc w:val="right"/>
        <w:rPr>
          <w:i/>
          <w:sz w:val="28"/>
          <w:szCs w:val="28"/>
        </w:rPr>
      </w:pPr>
    </w:p>
    <w:p w14:paraId="52C5232F" w14:textId="77777777" w:rsidR="00186D53" w:rsidRDefault="00186D53">
      <w:pPr>
        <w:spacing w:after="120" w:line="360" w:lineRule="auto"/>
        <w:jc w:val="right"/>
        <w:rPr>
          <w:i/>
          <w:sz w:val="28"/>
          <w:szCs w:val="28"/>
        </w:rPr>
      </w:pPr>
    </w:p>
    <w:p w14:paraId="6FE3AF04" w14:textId="77777777" w:rsidR="00186D53" w:rsidRDefault="00186D53">
      <w:pPr>
        <w:spacing w:after="120" w:line="360" w:lineRule="auto"/>
        <w:jc w:val="right"/>
        <w:rPr>
          <w:i/>
          <w:sz w:val="28"/>
          <w:szCs w:val="28"/>
        </w:rPr>
      </w:pPr>
    </w:p>
    <w:p w14:paraId="0CBE30B4" w14:textId="77777777" w:rsidR="00186D53" w:rsidRDefault="00186D53">
      <w:pPr>
        <w:spacing w:after="120" w:line="360" w:lineRule="auto"/>
        <w:jc w:val="right"/>
        <w:rPr>
          <w:i/>
          <w:sz w:val="28"/>
          <w:szCs w:val="28"/>
        </w:rPr>
      </w:pPr>
    </w:p>
    <w:p w14:paraId="2F1A0A8D" w14:textId="77777777" w:rsidR="00355191" w:rsidRPr="00460DEE" w:rsidRDefault="009E7ED1">
      <w:pPr>
        <w:spacing w:after="120" w:line="360" w:lineRule="auto"/>
        <w:jc w:val="right"/>
        <w:rPr>
          <w:sz w:val="28"/>
          <w:szCs w:val="28"/>
        </w:rPr>
      </w:pPr>
      <w:r w:rsidRPr="00460DEE">
        <w:rPr>
          <w:i/>
          <w:sz w:val="28"/>
          <w:szCs w:val="28"/>
        </w:rPr>
        <w:lastRenderedPageBreak/>
        <w:t xml:space="preserve">Table </w:t>
      </w:r>
      <w:proofErr w:type="gramStart"/>
      <w:r w:rsidRPr="00460DEE">
        <w:rPr>
          <w:i/>
          <w:sz w:val="28"/>
          <w:szCs w:val="28"/>
        </w:rPr>
        <w:t>3</w:t>
      </w:r>
      <w:proofErr w:type="gramEnd"/>
      <w:r w:rsidRPr="00460DEE">
        <w:rPr>
          <w:i/>
          <w:sz w:val="28"/>
          <w:szCs w:val="28"/>
        </w:rPr>
        <w:br/>
        <w:t>Evaluation Criteria for Internship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5"/>
        <w:gridCol w:w="4845"/>
      </w:tblGrid>
      <w:tr w:rsidR="00355191" w:rsidRPr="00460DEE" w14:paraId="527E1D02" w14:textId="77777777" w:rsidTr="006F366A">
        <w:trPr>
          <w:jc w:val="center"/>
        </w:trPr>
        <w:tc>
          <w:tcPr>
            <w:tcW w:w="4845" w:type="dxa"/>
          </w:tcPr>
          <w:p w14:paraId="15139473" w14:textId="77777777" w:rsidR="00355191" w:rsidRPr="00460DEE" w:rsidRDefault="009E7ED1">
            <w:pPr>
              <w:spacing w:after="40"/>
              <w:jc w:val="center"/>
              <w:rPr>
                <w:sz w:val="28"/>
                <w:szCs w:val="28"/>
              </w:rPr>
            </w:pPr>
            <w:r w:rsidRPr="00460DEE">
              <w:rPr>
                <w:b/>
                <w:sz w:val="28"/>
                <w:szCs w:val="28"/>
              </w:rPr>
              <w:t>Evaluation</w:t>
            </w:r>
          </w:p>
        </w:tc>
        <w:tc>
          <w:tcPr>
            <w:tcW w:w="4845" w:type="dxa"/>
          </w:tcPr>
          <w:p w14:paraId="2B32AF5C" w14:textId="77777777" w:rsidR="00355191" w:rsidRPr="00460DEE" w:rsidRDefault="009E7ED1">
            <w:pPr>
              <w:spacing w:after="40"/>
              <w:jc w:val="center"/>
              <w:rPr>
                <w:sz w:val="28"/>
                <w:szCs w:val="28"/>
              </w:rPr>
            </w:pPr>
            <w:r w:rsidRPr="00460DEE">
              <w:rPr>
                <w:b/>
                <w:sz w:val="28"/>
                <w:szCs w:val="28"/>
              </w:rPr>
              <w:t>Main Requirements for Student Knowledge Level</w:t>
            </w:r>
          </w:p>
        </w:tc>
      </w:tr>
      <w:tr w:rsidR="00355191" w:rsidRPr="00460DEE" w14:paraId="12CC0E94" w14:textId="77777777" w:rsidTr="006F366A">
        <w:trPr>
          <w:jc w:val="center"/>
        </w:trPr>
        <w:tc>
          <w:tcPr>
            <w:tcW w:w="4845" w:type="dxa"/>
          </w:tcPr>
          <w:p w14:paraId="4B2BC598" w14:textId="77777777" w:rsidR="00355191" w:rsidRPr="00460DEE" w:rsidRDefault="009E7ED1">
            <w:pPr>
              <w:spacing w:after="40"/>
              <w:rPr>
                <w:sz w:val="28"/>
                <w:szCs w:val="28"/>
              </w:rPr>
            </w:pPr>
            <w:r w:rsidRPr="00460DEE">
              <w:rPr>
                <w:b/>
                <w:sz w:val="28"/>
                <w:szCs w:val="28"/>
              </w:rPr>
              <w:t>90-100 points (“Excellent”)</w:t>
            </w:r>
          </w:p>
        </w:tc>
        <w:tc>
          <w:tcPr>
            <w:tcW w:w="4845" w:type="dxa"/>
          </w:tcPr>
          <w:p w14:paraId="69483953" w14:textId="77777777" w:rsidR="00355191" w:rsidRPr="00460DEE" w:rsidRDefault="009E7ED1">
            <w:pPr>
              <w:spacing w:after="40"/>
              <w:rPr>
                <w:sz w:val="28"/>
                <w:szCs w:val="28"/>
              </w:rPr>
            </w:pPr>
            <w:r w:rsidRPr="00460DEE">
              <w:rPr>
                <w:sz w:val="28"/>
                <w:szCs w:val="28"/>
              </w:rPr>
              <w:t>Complete and correct formatting of notebook and report, answering all questions, analyzing presented data, expressing independent conclusions, explaining legal/normative document contents and changes.</w:t>
            </w:r>
          </w:p>
        </w:tc>
      </w:tr>
      <w:tr w:rsidR="00355191" w:rsidRPr="00460DEE" w14:paraId="54BAD0BC" w14:textId="77777777" w:rsidTr="006F366A">
        <w:trPr>
          <w:jc w:val="center"/>
        </w:trPr>
        <w:tc>
          <w:tcPr>
            <w:tcW w:w="4845" w:type="dxa"/>
          </w:tcPr>
          <w:p w14:paraId="39580D0C" w14:textId="77777777" w:rsidR="00355191" w:rsidRPr="00460DEE" w:rsidRDefault="009E7ED1">
            <w:pPr>
              <w:spacing w:after="40"/>
              <w:rPr>
                <w:sz w:val="28"/>
                <w:szCs w:val="28"/>
              </w:rPr>
            </w:pPr>
            <w:r w:rsidRPr="00460DEE">
              <w:rPr>
                <w:b/>
                <w:sz w:val="28"/>
                <w:szCs w:val="28"/>
              </w:rPr>
              <w:t>70-89.9 points (“Good”)</w:t>
            </w:r>
          </w:p>
        </w:tc>
        <w:tc>
          <w:tcPr>
            <w:tcW w:w="4845" w:type="dxa"/>
          </w:tcPr>
          <w:p w14:paraId="01F95191" w14:textId="77777777" w:rsidR="00355191" w:rsidRPr="00460DEE" w:rsidRDefault="009E7ED1">
            <w:pPr>
              <w:spacing w:after="40"/>
              <w:rPr>
                <w:sz w:val="28"/>
                <w:szCs w:val="28"/>
              </w:rPr>
            </w:pPr>
            <w:r w:rsidRPr="00460DEE">
              <w:rPr>
                <w:sz w:val="28"/>
                <w:szCs w:val="28"/>
              </w:rPr>
              <w:t>Complete and correct formatting, explaining theoretical knowledge based on practical data, analyzing financial indicators of the facility, and providing objective conclusions.</w:t>
            </w:r>
          </w:p>
        </w:tc>
      </w:tr>
      <w:tr w:rsidR="00355191" w:rsidRPr="00460DEE" w14:paraId="2731E77A" w14:textId="77777777" w:rsidTr="006F366A">
        <w:trPr>
          <w:jc w:val="center"/>
        </w:trPr>
        <w:tc>
          <w:tcPr>
            <w:tcW w:w="4845" w:type="dxa"/>
          </w:tcPr>
          <w:p w14:paraId="1DE6AAD2" w14:textId="77777777" w:rsidR="00355191" w:rsidRPr="00460DEE" w:rsidRDefault="009E7ED1">
            <w:pPr>
              <w:spacing w:after="40"/>
              <w:rPr>
                <w:sz w:val="28"/>
                <w:szCs w:val="28"/>
              </w:rPr>
            </w:pPr>
            <w:r w:rsidRPr="00460DEE">
              <w:rPr>
                <w:b/>
                <w:sz w:val="28"/>
                <w:szCs w:val="28"/>
              </w:rPr>
              <w:t>60-69.9 points (“Satisfactory”)</w:t>
            </w:r>
          </w:p>
        </w:tc>
        <w:tc>
          <w:tcPr>
            <w:tcW w:w="4845" w:type="dxa"/>
          </w:tcPr>
          <w:p w14:paraId="353401B2" w14:textId="77777777" w:rsidR="00355191" w:rsidRPr="00460DEE" w:rsidRDefault="009E7ED1">
            <w:pPr>
              <w:spacing w:after="40"/>
              <w:rPr>
                <w:sz w:val="28"/>
                <w:szCs w:val="28"/>
              </w:rPr>
            </w:pPr>
            <w:r w:rsidRPr="00460DEE">
              <w:rPr>
                <w:sz w:val="28"/>
                <w:szCs w:val="28"/>
              </w:rPr>
              <w:t>Complete and correct formatting, answering general operational and internship questions.</w:t>
            </w:r>
          </w:p>
        </w:tc>
      </w:tr>
      <w:tr w:rsidR="00355191" w:rsidRPr="00460DEE" w14:paraId="52030FDE" w14:textId="77777777" w:rsidTr="006F366A">
        <w:trPr>
          <w:jc w:val="center"/>
        </w:trPr>
        <w:tc>
          <w:tcPr>
            <w:tcW w:w="4845" w:type="dxa"/>
          </w:tcPr>
          <w:p w14:paraId="4089F6AE" w14:textId="77777777" w:rsidR="00355191" w:rsidRPr="00460DEE" w:rsidRDefault="009E7ED1">
            <w:pPr>
              <w:spacing w:after="40"/>
              <w:rPr>
                <w:sz w:val="28"/>
                <w:szCs w:val="28"/>
              </w:rPr>
            </w:pPr>
            <w:r w:rsidRPr="00460DEE">
              <w:rPr>
                <w:b/>
                <w:sz w:val="28"/>
                <w:szCs w:val="28"/>
              </w:rPr>
              <w:t>0-59.9 points (“Unsatisfactory”)</w:t>
            </w:r>
          </w:p>
        </w:tc>
        <w:tc>
          <w:tcPr>
            <w:tcW w:w="4845" w:type="dxa"/>
          </w:tcPr>
          <w:p w14:paraId="07C9565E" w14:textId="77777777" w:rsidR="00355191" w:rsidRPr="00460DEE" w:rsidRDefault="009E7ED1">
            <w:pPr>
              <w:spacing w:after="40"/>
              <w:rPr>
                <w:sz w:val="28"/>
                <w:szCs w:val="28"/>
              </w:rPr>
            </w:pPr>
            <w:r w:rsidRPr="00460DEE">
              <w:rPr>
                <w:sz w:val="28"/>
                <w:szCs w:val="28"/>
              </w:rPr>
              <w:t>Incomplete/incorrect formatting, inability to answer questions, lack of sufficient understanding.</w:t>
            </w:r>
          </w:p>
        </w:tc>
      </w:tr>
    </w:tbl>
    <w:p w14:paraId="5A848892" w14:textId="77777777" w:rsidR="00355191" w:rsidRPr="00460DEE" w:rsidRDefault="00355191">
      <w:pPr>
        <w:spacing w:after="240"/>
        <w:rPr>
          <w:sz w:val="28"/>
          <w:szCs w:val="28"/>
        </w:rPr>
      </w:pPr>
    </w:p>
    <w:p w14:paraId="1F967123" w14:textId="33F4633A" w:rsidR="00355191" w:rsidRPr="00460DEE" w:rsidRDefault="009E7ED1" w:rsidP="00027EB0">
      <w:pPr>
        <w:rPr>
          <w:sz w:val="28"/>
          <w:szCs w:val="28"/>
        </w:rPr>
      </w:pPr>
      <w:r w:rsidRPr="00460DEE">
        <w:rPr>
          <w:sz w:val="28"/>
          <w:szCs w:val="28"/>
        </w:rPr>
        <w:br w:type="page"/>
      </w:r>
      <w:r w:rsidR="00027EB0" w:rsidRPr="00460DEE">
        <w:rPr>
          <w:sz w:val="28"/>
          <w:szCs w:val="28"/>
        </w:rPr>
        <w:lastRenderedPageBreak/>
        <w:t xml:space="preserve"> </w:t>
      </w:r>
      <w:proofErr w:type="gramStart"/>
      <w:r w:rsidR="00027EB0" w:rsidRPr="00460DEE">
        <w:rPr>
          <w:sz w:val="28"/>
          <w:szCs w:val="28"/>
        </w:rPr>
        <w:t>2</w:t>
      </w:r>
      <w:proofErr w:type="gramEnd"/>
      <w:r w:rsidR="00027EB0" w:rsidRPr="00460DEE">
        <w:rPr>
          <w:sz w:val="28"/>
          <w:szCs w:val="28"/>
        </w:rPr>
        <w:t xml:space="preserve"> course </w:t>
      </w:r>
      <w:r w:rsidRPr="00460DEE">
        <w:rPr>
          <w:sz w:val="28"/>
          <w:szCs w:val="28"/>
        </w:rPr>
        <w:t>Student Full Name: ________________________________________</w:t>
      </w:r>
    </w:p>
    <w:p w14:paraId="697F0149" w14:textId="77777777" w:rsidR="00355191" w:rsidRPr="00460DEE" w:rsidRDefault="009E7ED1">
      <w:pPr>
        <w:spacing w:after="120" w:line="360" w:lineRule="auto"/>
        <w:rPr>
          <w:sz w:val="28"/>
          <w:szCs w:val="28"/>
        </w:rPr>
      </w:pPr>
      <w:r w:rsidRPr="00460DEE">
        <w:rPr>
          <w:sz w:val="28"/>
          <w:szCs w:val="28"/>
        </w:rPr>
        <w:t>Internship Facility: ____________________________________________________________</w:t>
      </w:r>
    </w:p>
    <w:p w14:paraId="486148DA" w14:textId="77777777" w:rsidR="00355191" w:rsidRPr="00460DEE" w:rsidRDefault="009E7ED1">
      <w:pPr>
        <w:spacing w:after="120" w:line="360" w:lineRule="auto"/>
        <w:rPr>
          <w:sz w:val="28"/>
          <w:szCs w:val="28"/>
        </w:rPr>
      </w:pPr>
      <w:r w:rsidRPr="00460DEE">
        <w:rPr>
          <w:sz w:val="28"/>
          <w:szCs w:val="28"/>
        </w:rPr>
        <w:t>Internship Period: From “____” ______ 20__ to “____” ______ 20__</w:t>
      </w:r>
    </w:p>
    <w:p w14:paraId="711CF35C" w14:textId="77777777" w:rsidR="00027EB0" w:rsidRPr="00460DEE" w:rsidRDefault="00027EB0">
      <w:pPr>
        <w:spacing w:after="120" w:line="360" w:lineRule="auto"/>
        <w:rPr>
          <w:sz w:val="28"/>
          <w:szCs w:val="28"/>
        </w:rPr>
      </w:pPr>
    </w:p>
    <w:p w14:paraId="5734AC49" w14:textId="77777777" w:rsidR="00355191" w:rsidRPr="00460DEE" w:rsidRDefault="009E7ED1">
      <w:pPr>
        <w:spacing w:after="120" w:line="360" w:lineRule="auto"/>
        <w:rPr>
          <w:sz w:val="28"/>
          <w:szCs w:val="28"/>
        </w:rPr>
      </w:pPr>
      <w:r w:rsidRPr="00460DEE">
        <w:rPr>
          <w:b/>
          <w:bCs/>
          <w:sz w:val="28"/>
          <w:szCs w:val="28"/>
        </w:rPr>
        <w:t>University Supervisor</w:t>
      </w:r>
      <w:r w:rsidRPr="00460DEE">
        <w:rPr>
          <w:sz w:val="28"/>
          <w:szCs w:val="28"/>
        </w:rPr>
        <w:t>: ________________________________________</w:t>
      </w:r>
    </w:p>
    <w:p w14:paraId="33C6D0ED" w14:textId="77777777" w:rsidR="00027EB0" w:rsidRPr="00460DEE" w:rsidRDefault="00027EB0">
      <w:pPr>
        <w:spacing w:after="120" w:line="360" w:lineRule="auto"/>
        <w:rPr>
          <w:sz w:val="28"/>
          <w:szCs w:val="28"/>
        </w:rPr>
      </w:pPr>
    </w:p>
    <w:p w14:paraId="1AC2453D" w14:textId="190182CF" w:rsidR="00355191" w:rsidRPr="00460DEE" w:rsidRDefault="009E7ED1">
      <w:pPr>
        <w:spacing w:after="120" w:line="360" w:lineRule="auto"/>
        <w:rPr>
          <w:b/>
          <w:bCs/>
          <w:sz w:val="28"/>
          <w:szCs w:val="28"/>
        </w:rPr>
      </w:pPr>
      <w:r w:rsidRPr="00460DEE">
        <w:rPr>
          <w:b/>
          <w:bCs/>
          <w:sz w:val="28"/>
          <w:szCs w:val="28"/>
        </w:rPr>
        <w:t xml:space="preserve">Head of Department: __________ G. </w:t>
      </w:r>
      <w:proofErr w:type="spellStart"/>
      <w:r w:rsidRPr="00460DEE">
        <w:rPr>
          <w:b/>
          <w:bCs/>
          <w:sz w:val="28"/>
          <w:szCs w:val="28"/>
        </w:rPr>
        <w:t>Berdiyev</w:t>
      </w:r>
      <w:proofErr w:type="spellEnd"/>
    </w:p>
    <w:p w14:paraId="6822AF87" w14:textId="77777777" w:rsidR="00027EB0" w:rsidRPr="00460DEE" w:rsidRDefault="00027EB0">
      <w:pPr>
        <w:spacing w:after="120" w:line="360" w:lineRule="auto"/>
        <w:rPr>
          <w:b/>
          <w:bCs/>
          <w:sz w:val="28"/>
          <w:szCs w:val="28"/>
        </w:rPr>
      </w:pPr>
    </w:p>
    <w:p w14:paraId="41AC170F" w14:textId="77777777" w:rsidR="00460DEE" w:rsidRDefault="009E7ED1" w:rsidP="00460DEE">
      <w:pPr>
        <w:spacing w:after="0" w:line="360" w:lineRule="auto"/>
        <w:rPr>
          <w:sz w:val="28"/>
          <w:szCs w:val="28"/>
        </w:rPr>
      </w:pPr>
      <w:r w:rsidRPr="00460DEE">
        <w:rPr>
          <w:sz w:val="28"/>
          <w:szCs w:val="28"/>
        </w:rPr>
        <w:t xml:space="preserve">Familiarized with safety rules: _____________ </w:t>
      </w:r>
    </w:p>
    <w:p w14:paraId="29E6EB09" w14:textId="0EBABB5A" w:rsidR="00355191" w:rsidRPr="00460DEE" w:rsidRDefault="00460DEE" w:rsidP="00460DEE">
      <w:pPr>
        <w:spacing w:after="0" w:line="360" w:lineRule="auto"/>
        <w:rPr>
          <w:sz w:val="22"/>
        </w:rPr>
      </w:pPr>
      <w:r w:rsidRPr="00460DEE">
        <w:rPr>
          <w:sz w:val="22"/>
        </w:rPr>
        <w:t xml:space="preserve">                                             </w:t>
      </w:r>
      <w:r>
        <w:rPr>
          <w:sz w:val="22"/>
        </w:rPr>
        <w:t xml:space="preserve">                   </w:t>
      </w:r>
      <w:r w:rsidRPr="00460DEE">
        <w:rPr>
          <w:sz w:val="22"/>
        </w:rPr>
        <w:t xml:space="preserve"> (</w:t>
      </w:r>
      <w:r w:rsidRPr="00460DEE">
        <w:rPr>
          <w:i/>
          <w:iCs/>
          <w:sz w:val="22"/>
        </w:rPr>
        <w:t>Student Signature</w:t>
      </w:r>
      <w:r w:rsidRPr="00460DEE">
        <w:rPr>
          <w:sz w:val="22"/>
        </w:rPr>
        <w:t>)</w:t>
      </w:r>
    </w:p>
    <w:p w14:paraId="1AD382C0" w14:textId="77777777" w:rsidR="00355191" w:rsidRPr="00460DEE" w:rsidRDefault="009E7ED1">
      <w:pPr>
        <w:spacing w:after="240" w:line="360" w:lineRule="auto"/>
        <w:rPr>
          <w:sz w:val="28"/>
          <w:szCs w:val="28"/>
        </w:rPr>
      </w:pPr>
      <w:r w:rsidRPr="00460DEE">
        <w:rPr>
          <w:sz w:val="28"/>
          <w:szCs w:val="28"/>
        </w:rPr>
        <w:t>Student arrived at internship facility on “____”___________ 20__.</w:t>
      </w:r>
    </w:p>
    <w:p w14:paraId="3F4BC85B" w14:textId="18F54F72" w:rsidR="00355191" w:rsidRPr="00460DEE" w:rsidRDefault="009E7ED1" w:rsidP="00460DEE">
      <w:pPr>
        <w:spacing w:after="0" w:line="360" w:lineRule="auto"/>
        <w:jc w:val="right"/>
        <w:rPr>
          <w:sz w:val="22"/>
        </w:rPr>
      </w:pPr>
      <w:r w:rsidRPr="00460DEE">
        <w:rPr>
          <w:b/>
          <w:bCs/>
          <w:sz w:val="28"/>
          <w:szCs w:val="28"/>
        </w:rPr>
        <w:t xml:space="preserve">Facility Supervisor: ______________________ </w:t>
      </w:r>
      <w:r w:rsidRPr="00460DEE">
        <w:rPr>
          <w:i/>
          <w:iCs/>
          <w:sz w:val="28"/>
          <w:szCs w:val="28"/>
        </w:rPr>
        <w:t>(Full Name)</w:t>
      </w:r>
      <w:r w:rsidRPr="00460DEE">
        <w:rPr>
          <w:b/>
          <w:bCs/>
          <w:sz w:val="28"/>
          <w:szCs w:val="28"/>
        </w:rPr>
        <w:t xml:space="preserve"> _____________ </w:t>
      </w:r>
      <w:r w:rsidR="00460DEE">
        <w:rPr>
          <w:b/>
          <w:bCs/>
          <w:sz w:val="28"/>
          <w:szCs w:val="28"/>
        </w:rPr>
        <w:t xml:space="preserve">                     </w:t>
      </w:r>
      <w:r w:rsidRPr="00460DEE">
        <w:rPr>
          <w:sz w:val="22"/>
        </w:rPr>
        <w:t>(</w:t>
      </w:r>
      <w:r w:rsidRPr="00460DEE">
        <w:rPr>
          <w:i/>
          <w:iCs/>
          <w:sz w:val="22"/>
        </w:rPr>
        <w:t>Signature</w:t>
      </w:r>
      <w:r w:rsidRPr="00460DEE">
        <w:rPr>
          <w:sz w:val="22"/>
        </w:rPr>
        <w:t>)</w:t>
      </w:r>
    </w:p>
    <w:p w14:paraId="388BA969" w14:textId="77777777" w:rsidR="00460DEE" w:rsidRDefault="009E7ED1" w:rsidP="00460DEE">
      <w:pPr>
        <w:spacing w:after="0" w:line="360" w:lineRule="auto"/>
        <w:jc w:val="right"/>
        <w:rPr>
          <w:b/>
          <w:bCs/>
          <w:sz w:val="28"/>
          <w:szCs w:val="28"/>
        </w:rPr>
      </w:pPr>
      <w:r w:rsidRPr="00460DEE">
        <w:rPr>
          <w:b/>
          <w:bCs/>
          <w:sz w:val="28"/>
          <w:szCs w:val="28"/>
        </w:rPr>
        <w:t>Facility Head: ______________________ (Full Name) _____________</w:t>
      </w:r>
    </w:p>
    <w:p w14:paraId="59522545" w14:textId="5C9418E3" w:rsidR="00355191" w:rsidRPr="00460DEE" w:rsidRDefault="009E7ED1" w:rsidP="00460DEE">
      <w:pPr>
        <w:spacing w:after="0" w:line="360" w:lineRule="auto"/>
        <w:jc w:val="right"/>
        <w:rPr>
          <w:b/>
          <w:bCs/>
          <w:sz w:val="28"/>
          <w:szCs w:val="28"/>
        </w:rPr>
      </w:pPr>
      <w:r w:rsidRPr="00460DEE">
        <w:rPr>
          <w:b/>
          <w:bCs/>
          <w:sz w:val="28"/>
          <w:szCs w:val="28"/>
        </w:rPr>
        <w:t xml:space="preserve"> </w:t>
      </w:r>
      <w:r w:rsidRPr="00460DEE">
        <w:rPr>
          <w:i/>
          <w:iCs/>
          <w:sz w:val="22"/>
        </w:rPr>
        <w:t>(Signature</w:t>
      </w:r>
      <w:r w:rsidRPr="00460DEE">
        <w:rPr>
          <w:i/>
          <w:iCs/>
          <w:sz w:val="28"/>
          <w:szCs w:val="28"/>
        </w:rPr>
        <w:t>)</w:t>
      </w:r>
    </w:p>
    <w:p w14:paraId="370369E0" w14:textId="77777777" w:rsidR="00027EB0" w:rsidRPr="00460DEE" w:rsidRDefault="00027EB0">
      <w:pPr>
        <w:rPr>
          <w:i/>
          <w:sz w:val="28"/>
          <w:szCs w:val="28"/>
        </w:rPr>
      </w:pPr>
      <w:r w:rsidRPr="00460DEE">
        <w:rPr>
          <w:i/>
          <w:sz w:val="28"/>
          <w:szCs w:val="28"/>
        </w:rPr>
        <w:br w:type="page"/>
      </w:r>
    </w:p>
    <w:p w14:paraId="498B64EA" w14:textId="77777777" w:rsidR="00355191" w:rsidRPr="00460DEE" w:rsidRDefault="009E7ED1">
      <w:pPr>
        <w:spacing w:after="240" w:line="360" w:lineRule="auto"/>
        <w:jc w:val="center"/>
        <w:rPr>
          <w:sz w:val="28"/>
          <w:szCs w:val="28"/>
        </w:rPr>
      </w:pPr>
      <w:r w:rsidRPr="00460DEE">
        <w:rPr>
          <w:b/>
          <w:sz w:val="28"/>
          <w:szCs w:val="28"/>
        </w:rPr>
        <w:lastRenderedPageBreak/>
        <w:t>INTERNSHIP WORK SCHEDULE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4136"/>
        <w:gridCol w:w="1952"/>
        <w:gridCol w:w="2894"/>
      </w:tblGrid>
      <w:tr w:rsidR="00355191" w:rsidRPr="00460DEE" w14:paraId="475E8EE3" w14:textId="77777777" w:rsidTr="00B842DB">
        <w:trPr>
          <w:jc w:val="center"/>
        </w:trPr>
        <w:tc>
          <w:tcPr>
            <w:tcW w:w="723" w:type="dxa"/>
          </w:tcPr>
          <w:p w14:paraId="03AB351C" w14:textId="77777777" w:rsidR="00355191" w:rsidRPr="00460DEE" w:rsidRDefault="009E7ED1">
            <w:pPr>
              <w:spacing w:after="40"/>
              <w:jc w:val="center"/>
              <w:rPr>
                <w:sz w:val="28"/>
                <w:szCs w:val="28"/>
              </w:rPr>
            </w:pPr>
            <w:r w:rsidRPr="00460DEE">
              <w:rPr>
                <w:b/>
                <w:sz w:val="28"/>
                <w:szCs w:val="28"/>
              </w:rPr>
              <w:t>No.</w:t>
            </w:r>
          </w:p>
        </w:tc>
        <w:tc>
          <w:tcPr>
            <w:tcW w:w="4136" w:type="dxa"/>
          </w:tcPr>
          <w:p w14:paraId="5A212D51" w14:textId="77777777" w:rsidR="00355191" w:rsidRPr="00460DEE" w:rsidRDefault="009E7ED1">
            <w:pPr>
              <w:spacing w:after="40"/>
              <w:jc w:val="center"/>
              <w:rPr>
                <w:sz w:val="28"/>
                <w:szCs w:val="28"/>
              </w:rPr>
            </w:pPr>
            <w:r w:rsidRPr="00460DEE">
              <w:rPr>
                <w:b/>
                <w:sz w:val="28"/>
                <w:szCs w:val="28"/>
              </w:rPr>
              <w:t>Tasks to be completed during internship</w:t>
            </w:r>
          </w:p>
        </w:tc>
        <w:tc>
          <w:tcPr>
            <w:tcW w:w="1952" w:type="dxa"/>
          </w:tcPr>
          <w:p w14:paraId="45D45477" w14:textId="77777777" w:rsidR="00355191" w:rsidRPr="00460DEE" w:rsidRDefault="009E7ED1">
            <w:pPr>
              <w:spacing w:after="40"/>
              <w:jc w:val="center"/>
              <w:rPr>
                <w:sz w:val="28"/>
                <w:szCs w:val="28"/>
              </w:rPr>
            </w:pPr>
            <w:r w:rsidRPr="00460DEE">
              <w:rPr>
                <w:b/>
                <w:sz w:val="28"/>
                <w:szCs w:val="28"/>
              </w:rPr>
              <w:t>Work Days Distribution (Planned)</w:t>
            </w:r>
          </w:p>
        </w:tc>
        <w:tc>
          <w:tcPr>
            <w:tcW w:w="2894" w:type="dxa"/>
          </w:tcPr>
          <w:p w14:paraId="7DB9437A" w14:textId="77777777" w:rsidR="00355191" w:rsidRPr="00460DEE" w:rsidRDefault="009E7ED1">
            <w:pPr>
              <w:spacing w:after="40"/>
              <w:jc w:val="center"/>
              <w:rPr>
                <w:sz w:val="28"/>
                <w:szCs w:val="28"/>
              </w:rPr>
            </w:pPr>
            <w:r w:rsidRPr="00460DEE">
              <w:rPr>
                <w:b/>
                <w:sz w:val="28"/>
                <w:szCs w:val="28"/>
              </w:rPr>
              <w:t>Work Days Distribution (Actual)</w:t>
            </w:r>
          </w:p>
        </w:tc>
      </w:tr>
      <w:tr w:rsidR="00355191" w:rsidRPr="00460DEE" w14:paraId="1E22DE5A" w14:textId="77777777" w:rsidTr="00B842DB">
        <w:trPr>
          <w:jc w:val="center"/>
        </w:trPr>
        <w:tc>
          <w:tcPr>
            <w:tcW w:w="723" w:type="dxa"/>
          </w:tcPr>
          <w:p w14:paraId="119C8624" w14:textId="77777777" w:rsidR="00355191" w:rsidRPr="00460DEE" w:rsidRDefault="009E7ED1">
            <w:pPr>
              <w:spacing w:after="40"/>
              <w:rPr>
                <w:sz w:val="28"/>
                <w:szCs w:val="28"/>
              </w:rPr>
            </w:pPr>
            <w:r w:rsidRPr="00460DEE">
              <w:rPr>
                <w:sz w:val="28"/>
                <w:szCs w:val="28"/>
              </w:rPr>
              <w:t>1</w:t>
            </w:r>
          </w:p>
        </w:tc>
        <w:tc>
          <w:tcPr>
            <w:tcW w:w="4136" w:type="dxa"/>
          </w:tcPr>
          <w:p w14:paraId="3CD2C73B" w14:textId="77777777" w:rsidR="00355191" w:rsidRPr="00460DEE" w:rsidRDefault="009E7ED1">
            <w:pPr>
              <w:spacing w:after="40"/>
              <w:rPr>
                <w:sz w:val="28"/>
                <w:szCs w:val="28"/>
              </w:rPr>
            </w:pPr>
            <w:r w:rsidRPr="00460DEE">
              <w:rPr>
                <w:sz w:val="28"/>
                <w:szCs w:val="28"/>
              </w:rPr>
              <w:t>Familiarization and observation of the organizational structure and activities of the host organization</w:t>
            </w:r>
          </w:p>
        </w:tc>
        <w:tc>
          <w:tcPr>
            <w:tcW w:w="1952" w:type="dxa"/>
          </w:tcPr>
          <w:p w14:paraId="7D31E617" w14:textId="77777777" w:rsidR="00355191" w:rsidRPr="00460DEE" w:rsidRDefault="009E7ED1" w:rsidP="00B842DB">
            <w:pPr>
              <w:spacing w:after="40"/>
              <w:jc w:val="center"/>
              <w:rPr>
                <w:sz w:val="28"/>
                <w:szCs w:val="28"/>
              </w:rPr>
            </w:pPr>
            <w:r w:rsidRPr="00460DEE">
              <w:rPr>
                <w:sz w:val="28"/>
                <w:szCs w:val="28"/>
              </w:rPr>
              <w:t>5</w:t>
            </w:r>
          </w:p>
        </w:tc>
        <w:tc>
          <w:tcPr>
            <w:tcW w:w="2894" w:type="dxa"/>
          </w:tcPr>
          <w:p w14:paraId="7E550161" w14:textId="77777777" w:rsidR="00355191" w:rsidRPr="00460DEE" w:rsidRDefault="00355191">
            <w:pPr>
              <w:spacing w:after="40"/>
              <w:rPr>
                <w:sz w:val="28"/>
                <w:szCs w:val="28"/>
              </w:rPr>
            </w:pPr>
          </w:p>
        </w:tc>
      </w:tr>
      <w:tr w:rsidR="00355191" w:rsidRPr="00460DEE" w14:paraId="3230E518" w14:textId="77777777" w:rsidTr="00B842DB">
        <w:trPr>
          <w:jc w:val="center"/>
        </w:trPr>
        <w:tc>
          <w:tcPr>
            <w:tcW w:w="723" w:type="dxa"/>
          </w:tcPr>
          <w:p w14:paraId="3AB8DCC4" w14:textId="77777777" w:rsidR="00355191" w:rsidRPr="00460DEE" w:rsidRDefault="009E7ED1">
            <w:pPr>
              <w:spacing w:after="40"/>
              <w:rPr>
                <w:sz w:val="28"/>
                <w:szCs w:val="28"/>
              </w:rPr>
            </w:pPr>
            <w:r w:rsidRPr="00460DEE">
              <w:rPr>
                <w:sz w:val="28"/>
                <w:szCs w:val="28"/>
              </w:rPr>
              <w:t>2</w:t>
            </w:r>
          </w:p>
        </w:tc>
        <w:tc>
          <w:tcPr>
            <w:tcW w:w="4136" w:type="dxa"/>
          </w:tcPr>
          <w:p w14:paraId="60FA1C46" w14:textId="77777777" w:rsidR="00355191" w:rsidRPr="00460DEE" w:rsidRDefault="009E7ED1">
            <w:pPr>
              <w:spacing w:after="40"/>
              <w:rPr>
                <w:sz w:val="28"/>
                <w:szCs w:val="28"/>
              </w:rPr>
            </w:pPr>
            <w:r w:rsidRPr="00460DEE">
              <w:rPr>
                <w:sz w:val="28"/>
                <w:szCs w:val="28"/>
              </w:rPr>
              <w:t>Studying and familiarizing with the organization's infrastructure</w:t>
            </w:r>
          </w:p>
        </w:tc>
        <w:tc>
          <w:tcPr>
            <w:tcW w:w="1952" w:type="dxa"/>
          </w:tcPr>
          <w:p w14:paraId="761B97CC" w14:textId="77777777" w:rsidR="00355191" w:rsidRPr="00460DEE" w:rsidRDefault="009E7ED1" w:rsidP="00B842DB">
            <w:pPr>
              <w:spacing w:after="40"/>
              <w:jc w:val="center"/>
              <w:rPr>
                <w:sz w:val="28"/>
                <w:szCs w:val="28"/>
              </w:rPr>
            </w:pPr>
            <w:r w:rsidRPr="00460DEE">
              <w:rPr>
                <w:sz w:val="28"/>
                <w:szCs w:val="28"/>
              </w:rPr>
              <w:t>5</w:t>
            </w:r>
          </w:p>
        </w:tc>
        <w:tc>
          <w:tcPr>
            <w:tcW w:w="2894" w:type="dxa"/>
          </w:tcPr>
          <w:p w14:paraId="1B9B5C4E" w14:textId="77777777" w:rsidR="00355191" w:rsidRPr="00460DEE" w:rsidRDefault="00355191">
            <w:pPr>
              <w:spacing w:after="40"/>
              <w:rPr>
                <w:sz w:val="28"/>
                <w:szCs w:val="28"/>
              </w:rPr>
            </w:pPr>
          </w:p>
        </w:tc>
      </w:tr>
      <w:tr w:rsidR="00355191" w:rsidRPr="00460DEE" w14:paraId="0DFB5200" w14:textId="77777777" w:rsidTr="00B842DB">
        <w:trPr>
          <w:jc w:val="center"/>
        </w:trPr>
        <w:tc>
          <w:tcPr>
            <w:tcW w:w="723" w:type="dxa"/>
          </w:tcPr>
          <w:p w14:paraId="18D18B82" w14:textId="77777777" w:rsidR="00355191" w:rsidRPr="00460DEE" w:rsidRDefault="009E7ED1">
            <w:pPr>
              <w:spacing w:after="40"/>
              <w:rPr>
                <w:sz w:val="28"/>
                <w:szCs w:val="28"/>
              </w:rPr>
            </w:pPr>
            <w:r w:rsidRPr="00460DEE">
              <w:rPr>
                <w:sz w:val="28"/>
                <w:szCs w:val="28"/>
              </w:rPr>
              <w:t>3</w:t>
            </w:r>
          </w:p>
        </w:tc>
        <w:tc>
          <w:tcPr>
            <w:tcW w:w="4136" w:type="dxa"/>
          </w:tcPr>
          <w:p w14:paraId="39E1C023" w14:textId="77777777" w:rsidR="00355191" w:rsidRPr="00460DEE" w:rsidRDefault="009E7ED1">
            <w:pPr>
              <w:spacing w:after="40"/>
              <w:rPr>
                <w:sz w:val="28"/>
                <w:szCs w:val="28"/>
              </w:rPr>
            </w:pPr>
            <w:r w:rsidRPr="00460DEE">
              <w:rPr>
                <w:sz w:val="28"/>
                <w:szCs w:val="28"/>
              </w:rPr>
              <w:t>Studying and observing the activity of the host organization</w:t>
            </w:r>
          </w:p>
        </w:tc>
        <w:tc>
          <w:tcPr>
            <w:tcW w:w="1952" w:type="dxa"/>
          </w:tcPr>
          <w:p w14:paraId="2494C440" w14:textId="77777777" w:rsidR="00355191" w:rsidRPr="00460DEE" w:rsidRDefault="009E7ED1" w:rsidP="00B842DB">
            <w:pPr>
              <w:spacing w:after="40"/>
              <w:jc w:val="center"/>
              <w:rPr>
                <w:sz w:val="28"/>
                <w:szCs w:val="28"/>
              </w:rPr>
            </w:pPr>
            <w:r w:rsidRPr="00460DEE">
              <w:rPr>
                <w:sz w:val="28"/>
                <w:szCs w:val="28"/>
              </w:rPr>
              <w:t>5</w:t>
            </w:r>
          </w:p>
        </w:tc>
        <w:tc>
          <w:tcPr>
            <w:tcW w:w="2894" w:type="dxa"/>
          </w:tcPr>
          <w:p w14:paraId="7A39944D" w14:textId="77777777" w:rsidR="00355191" w:rsidRPr="00460DEE" w:rsidRDefault="00355191">
            <w:pPr>
              <w:spacing w:after="40"/>
              <w:rPr>
                <w:sz w:val="28"/>
                <w:szCs w:val="28"/>
              </w:rPr>
            </w:pPr>
          </w:p>
        </w:tc>
      </w:tr>
      <w:tr w:rsidR="00355191" w:rsidRPr="00460DEE" w14:paraId="4230376A" w14:textId="77777777" w:rsidTr="00B842DB">
        <w:trPr>
          <w:jc w:val="center"/>
        </w:trPr>
        <w:tc>
          <w:tcPr>
            <w:tcW w:w="723" w:type="dxa"/>
          </w:tcPr>
          <w:p w14:paraId="7D857F92" w14:textId="77777777" w:rsidR="00355191" w:rsidRPr="00460DEE" w:rsidRDefault="009E7ED1">
            <w:pPr>
              <w:spacing w:after="40"/>
              <w:rPr>
                <w:sz w:val="28"/>
                <w:szCs w:val="28"/>
              </w:rPr>
            </w:pPr>
            <w:r w:rsidRPr="00460DEE">
              <w:rPr>
                <w:sz w:val="28"/>
                <w:szCs w:val="28"/>
              </w:rPr>
              <w:t>4</w:t>
            </w:r>
          </w:p>
        </w:tc>
        <w:tc>
          <w:tcPr>
            <w:tcW w:w="4136" w:type="dxa"/>
          </w:tcPr>
          <w:p w14:paraId="057BFF60" w14:textId="77777777" w:rsidR="00355191" w:rsidRPr="00460DEE" w:rsidRDefault="009E7ED1">
            <w:pPr>
              <w:spacing w:after="40"/>
              <w:rPr>
                <w:sz w:val="28"/>
                <w:szCs w:val="28"/>
              </w:rPr>
            </w:pPr>
            <w:r w:rsidRPr="00460DEE">
              <w:rPr>
                <w:sz w:val="28"/>
                <w:szCs w:val="28"/>
              </w:rPr>
              <w:t>Familiarizing with functions and duties of the organization's staff</w:t>
            </w:r>
          </w:p>
        </w:tc>
        <w:tc>
          <w:tcPr>
            <w:tcW w:w="1952" w:type="dxa"/>
          </w:tcPr>
          <w:p w14:paraId="0100B8C1" w14:textId="77777777" w:rsidR="00355191" w:rsidRPr="00460DEE" w:rsidRDefault="009E7ED1" w:rsidP="00B842DB">
            <w:pPr>
              <w:spacing w:after="40"/>
              <w:jc w:val="center"/>
              <w:rPr>
                <w:sz w:val="28"/>
                <w:szCs w:val="28"/>
              </w:rPr>
            </w:pPr>
            <w:r w:rsidRPr="00460DEE">
              <w:rPr>
                <w:sz w:val="28"/>
                <w:szCs w:val="28"/>
              </w:rPr>
              <w:t>5</w:t>
            </w:r>
          </w:p>
        </w:tc>
        <w:tc>
          <w:tcPr>
            <w:tcW w:w="2894" w:type="dxa"/>
          </w:tcPr>
          <w:p w14:paraId="13BC8468" w14:textId="77777777" w:rsidR="00355191" w:rsidRPr="00460DEE" w:rsidRDefault="00355191">
            <w:pPr>
              <w:spacing w:after="40"/>
              <w:rPr>
                <w:sz w:val="28"/>
                <w:szCs w:val="28"/>
              </w:rPr>
            </w:pPr>
          </w:p>
        </w:tc>
      </w:tr>
      <w:tr w:rsidR="00355191" w:rsidRPr="00460DEE" w14:paraId="1E7FBB72" w14:textId="77777777" w:rsidTr="00B842DB">
        <w:trPr>
          <w:jc w:val="center"/>
        </w:trPr>
        <w:tc>
          <w:tcPr>
            <w:tcW w:w="723" w:type="dxa"/>
          </w:tcPr>
          <w:p w14:paraId="4ECAB43D" w14:textId="77777777" w:rsidR="00355191" w:rsidRPr="00460DEE" w:rsidRDefault="009E7ED1">
            <w:pPr>
              <w:spacing w:after="40"/>
              <w:rPr>
                <w:sz w:val="28"/>
                <w:szCs w:val="28"/>
              </w:rPr>
            </w:pPr>
            <w:r w:rsidRPr="00460DEE">
              <w:rPr>
                <w:sz w:val="28"/>
                <w:szCs w:val="28"/>
              </w:rPr>
              <w:t>5</w:t>
            </w:r>
          </w:p>
        </w:tc>
        <w:tc>
          <w:tcPr>
            <w:tcW w:w="4136" w:type="dxa"/>
          </w:tcPr>
          <w:p w14:paraId="51715855" w14:textId="77777777" w:rsidR="00355191" w:rsidRPr="00460DEE" w:rsidRDefault="009E7ED1">
            <w:pPr>
              <w:spacing w:after="40"/>
              <w:rPr>
                <w:sz w:val="28"/>
                <w:szCs w:val="28"/>
              </w:rPr>
            </w:pPr>
            <w:r w:rsidRPr="00460DEE">
              <w:rPr>
                <w:sz w:val="28"/>
                <w:szCs w:val="28"/>
              </w:rPr>
              <w:t>Studying and observing customer service processes with individuals and legal entities at the host organization</w:t>
            </w:r>
          </w:p>
        </w:tc>
        <w:tc>
          <w:tcPr>
            <w:tcW w:w="1952" w:type="dxa"/>
          </w:tcPr>
          <w:p w14:paraId="04569C5C" w14:textId="77777777" w:rsidR="00355191" w:rsidRPr="00460DEE" w:rsidRDefault="009E7ED1" w:rsidP="00B842DB">
            <w:pPr>
              <w:spacing w:after="40"/>
              <w:jc w:val="center"/>
              <w:rPr>
                <w:sz w:val="28"/>
                <w:szCs w:val="28"/>
              </w:rPr>
            </w:pPr>
            <w:r w:rsidRPr="00460DEE">
              <w:rPr>
                <w:sz w:val="28"/>
                <w:szCs w:val="28"/>
              </w:rPr>
              <w:t>5</w:t>
            </w:r>
          </w:p>
        </w:tc>
        <w:tc>
          <w:tcPr>
            <w:tcW w:w="2894" w:type="dxa"/>
          </w:tcPr>
          <w:p w14:paraId="09B922FB" w14:textId="77777777" w:rsidR="00355191" w:rsidRPr="00460DEE" w:rsidRDefault="00355191">
            <w:pPr>
              <w:spacing w:after="40"/>
              <w:rPr>
                <w:sz w:val="28"/>
                <w:szCs w:val="28"/>
              </w:rPr>
            </w:pPr>
          </w:p>
        </w:tc>
      </w:tr>
      <w:tr w:rsidR="00355191" w:rsidRPr="00460DEE" w14:paraId="1C399A82" w14:textId="77777777" w:rsidTr="00B842DB">
        <w:trPr>
          <w:jc w:val="center"/>
        </w:trPr>
        <w:tc>
          <w:tcPr>
            <w:tcW w:w="723" w:type="dxa"/>
          </w:tcPr>
          <w:p w14:paraId="2546CA19" w14:textId="77777777" w:rsidR="00355191" w:rsidRPr="00460DEE" w:rsidRDefault="009E7ED1">
            <w:pPr>
              <w:spacing w:after="40"/>
              <w:rPr>
                <w:sz w:val="28"/>
                <w:szCs w:val="28"/>
              </w:rPr>
            </w:pPr>
            <w:r w:rsidRPr="00460DEE">
              <w:rPr>
                <w:sz w:val="28"/>
                <w:szCs w:val="28"/>
              </w:rPr>
              <w:t>6</w:t>
            </w:r>
          </w:p>
        </w:tc>
        <w:tc>
          <w:tcPr>
            <w:tcW w:w="4136" w:type="dxa"/>
          </w:tcPr>
          <w:p w14:paraId="27C3F813" w14:textId="77777777" w:rsidR="00355191" w:rsidRPr="00460DEE" w:rsidRDefault="009E7ED1">
            <w:pPr>
              <w:spacing w:after="40"/>
              <w:rPr>
                <w:sz w:val="28"/>
                <w:szCs w:val="28"/>
              </w:rPr>
            </w:pPr>
            <w:r w:rsidRPr="00460DEE">
              <w:rPr>
                <w:sz w:val="28"/>
                <w:szCs w:val="28"/>
              </w:rPr>
              <w:t>Developing conclusions and proposals to improve the performance of the host organization</w:t>
            </w:r>
          </w:p>
        </w:tc>
        <w:tc>
          <w:tcPr>
            <w:tcW w:w="1952" w:type="dxa"/>
          </w:tcPr>
          <w:p w14:paraId="2410C653" w14:textId="77777777" w:rsidR="00355191" w:rsidRPr="00460DEE" w:rsidRDefault="009E7ED1" w:rsidP="00B842DB">
            <w:pPr>
              <w:spacing w:after="40"/>
              <w:jc w:val="center"/>
              <w:rPr>
                <w:sz w:val="28"/>
                <w:szCs w:val="28"/>
              </w:rPr>
            </w:pPr>
            <w:r w:rsidRPr="00460DEE">
              <w:rPr>
                <w:sz w:val="28"/>
                <w:szCs w:val="28"/>
              </w:rPr>
              <w:t>5</w:t>
            </w:r>
          </w:p>
        </w:tc>
        <w:tc>
          <w:tcPr>
            <w:tcW w:w="2894" w:type="dxa"/>
          </w:tcPr>
          <w:p w14:paraId="32951454" w14:textId="77777777" w:rsidR="00355191" w:rsidRPr="00460DEE" w:rsidRDefault="00355191">
            <w:pPr>
              <w:spacing w:after="40"/>
              <w:rPr>
                <w:sz w:val="28"/>
                <w:szCs w:val="28"/>
              </w:rPr>
            </w:pPr>
          </w:p>
        </w:tc>
      </w:tr>
      <w:tr w:rsidR="00355191" w:rsidRPr="00460DEE" w14:paraId="7E4496AD" w14:textId="77777777" w:rsidTr="00B842DB">
        <w:trPr>
          <w:jc w:val="center"/>
        </w:trPr>
        <w:tc>
          <w:tcPr>
            <w:tcW w:w="723" w:type="dxa"/>
          </w:tcPr>
          <w:p w14:paraId="68E92558" w14:textId="77777777" w:rsidR="00355191" w:rsidRPr="00460DEE" w:rsidRDefault="009E7ED1">
            <w:pPr>
              <w:spacing w:after="40"/>
              <w:rPr>
                <w:sz w:val="28"/>
                <w:szCs w:val="28"/>
              </w:rPr>
            </w:pPr>
            <w:r w:rsidRPr="00460DEE">
              <w:rPr>
                <w:sz w:val="28"/>
                <w:szCs w:val="28"/>
              </w:rPr>
              <w:t>Total</w:t>
            </w:r>
          </w:p>
        </w:tc>
        <w:tc>
          <w:tcPr>
            <w:tcW w:w="4136" w:type="dxa"/>
          </w:tcPr>
          <w:p w14:paraId="534AA30B" w14:textId="77777777" w:rsidR="00355191" w:rsidRPr="00460DEE" w:rsidRDefault="00355191">
            <w:pPr>
              <w:spacing w:after="40"/>
              <w:rPr>
                <w:sz w:val="28"/>
                <w:szCs w:val="28"/>
              </w:rPr>
            </w:pPr>
          </w:p>
        </w:tc>
        <w:tc>
          <w:tcPr>
            <w:tcW w:w="1952" w:type="dxa"/>
          </w:tcPr>
          <w:p w14:paraId="715DC36C" w14:textId="77777777" w:rsidR="00355191" w:rsidRPr="00460DEE" w:rsidRDefault="009E7ED1" w:rsidP="00B842DB">
            <w:pPr>
              <w:spacing w:after="40"/>
              <w:jc w:val="center"/>
              <w:rPr>
                <w:sz w:val="28"/>
                <w:szCs w:val="28"/>
              </w:rPr>
            </w:pPr>
            <w:r w:rsidRPr="00460DEE">
              <w:rPr>
                <w:sz w:val="28"/>
                <w:szCs w:val="28"/>
              </w:rPr>
              <w:t>30</w:t>
            </w:r>
          </w:p>
        </w:tc>
        <w:tc>
          <w:tcPr>
            <w:tcW w:w="2894" w:type="dxa"/>
          </w:tcPr>
          <w:p w14:paraId="351EEBB0" w14:textId="77777777" w:rsidR="00355191" w:rsidRPr="00460DEE" w:rsidRDefault="00355191">
            <w:pPr>
              <w:spacing w:after="40"/>
              <w:rPr>
                <w:sz w:val="28"/>
                <w:szCs w:val="28"/>
              </w:rPr>
            </w:pPr>
          </w:p>
        </w:tc>
      </w:tr>
    </w:tbl>
    <w:p w14:paraId="6FB80C32" w14:textId="77777777" w:rsidR="00B842DB" w:rsidRPr="00460DEE" w:rsidRDefault="00B842DB" w:rsidP="00B842DB">
      <w:pPr>
        <w:spacing w:after="0" w:line="240" w:lineRule="auto"/>
        <w:rPr>
          <w:i/>
          <w:iCs/>
          <w:sz w:val="28"/>
          <w:szCs w:val="28"/>
        </w:rPr>
      </w:pPr>
      <w:r w:rsidRPr="00460DEE">
        <w:rPr>
          <w:b/>
          <w:bCs/>
          <w:i/>
          <w:iCs/>
          <w:sz w:val="28"/>
          <w:szCs w:val="28"/>
        </w:rPr>
        <w:t>Note:</w:t>
      </w:r>
      <w:r w:rsidRPr="00460DEE">
        <w:rPr>
          <w:i/>
          <w:iCs/>
          <w:sz w:val="28"/>
          <w:szCs w:val="28"/>
        </w:rPr>
        <w:t xml:space="preserve"> In consultation with the university-appointed internship supervisor, the student writes conclusions about the internship in the internship logbook, based on the knowledge, skills, competencies, and practical information acquired during the internship.</w:t>
      </w:r>
    </w:p>
    <w:p w14:paraId="28555F96" w14:textId="77777777" w:rsidR="00355191" w:rsidRPr="00460DEE" w:rsidRDefault="00355191">
      <w:pPr>
        <w:spacing w:after="240"/>
        <w:rPr>
          <w:sz w:val="28"/>
          <w:szCs w:val="28"/>
        </w:rPr>
      </w:pPr>
    </w:p>
    <w:p w14:paraId="1BE655C7" w14:textId="77777777" w:rsidR="0037129A" w:rsidRDefault="009E7ED1" w:rsidP="0037129A">
      <w:pPr>
        <w:spacing w:after="120" w:line="240" w:lineRule="auto"/>
        <w:rPr>
          <w:sz w:val="28"/>
          <w:szCs w:val="28"/>
        </w:rPr>
      </w:pPr>
      <w:r w:rsidRPr="00460DEE">
        <w:rPr>
          <w:sz w:val="28"/>
          <w:szCs w:val="28"/>
        </w:rPr>
        <w:t xml:space="preserve">University Supervisor: ________________________ _____________ </w:t>
      </w:r>
    </w:p>
    <w:p w14:paraId="6E40D754" w14:textId="46DB76D2" w:rsidR="00355191" w:rsidRPr="0037129A" w:rsidRDefault="0037129A" w:rsidP="0037129A">
      <w:pPr>
        <w:spacing w:after="120" w:line="240" w:lineRule="auto"/>
        <w:jc w:val="center"/>
        <w:rPr>
          <w:i/>
          <w:iCs/>
          <w:sz w:val="22"/>
        </w:rPr>
      </w:pPr>
      <w:r>
        <w:rPr>
          <w:i/>
          <w:iCs/>
          <w:sz w:val="22"/>
        </w:rPr>
        <w:t xml:space="preserve">                                                             </w:t>
      </w:r>
      <w:r w:rsidRPr="0037129A">
        <w:rPr>
          <w:i/>
          <w:iCs/>
          <w:sz w:val="22"/>
        </w:rPr>
        <w:t xml:space="preserve">    (Signature)</w:t>
      </w:r>
    </w:p>
    <w:p w14:paraId="27468003" w14:textId="77777777" w:rsidR="0037129A" w:rsidRDefault="009E7ED1" w:rsidP="0037129A">
      <w:pPr>
        <w:spacing w:after="120" w:line="240" w:lineRule="auto"/>
        <w:rPr>
          <w:sz w:val="28"/>
          <w:szCs w:val="28"/>
        </w:rPr>
      </w:pPr>
      <w:r w:rsidRPr="00460DEE">
        <w:rPr>
          <w:sz w:val="28"/>
          <w:szCs w:val="28"/>
        </w:rPr>
        <w:t xml:space="preserve">Facility Supervisor: ________________________ </w:t>
      </w:r>
      <w:r w:rsidR="0037129A" w:rsidRPr="00460DEE">
        <w:rPr>
          <w:sz w:val="28"/>
          <w:szCs w:val="28"/>
        </w:rPr>
        <w:t xml:space="preserve">_____________ </w:t>
      </w:r>
    </w:p>
    <w:p w14:paraId="56A9CDAD" w14:textId="77777777" w:rsidR="0037129A" w:rsidRPr="0037129A" w:rsidRDefault="0037129A" w:rsidP="0037129A">
      <w:pPr>
        <w:spacing w:after="120" w:line="240" w:lineRule="auto"/>
        <w:jc w:val="center"/>
        <w:rPr>
          <w:i/>
          <w:iCs/>
          <w:sz w:val="22"/>
        </w:rPr>
      </w:pPr>
      <w:r>
        <w:rPr>
          <w:i/>
          <w:iCs/>
          <w:sz w:val="22"/>
        </w:rPr>
        <w:t xml:space="preserve">                                                             </w:t>
      </w:r>
      <w:r w:rsidRPr="0037129A">
        <w:rPr>
          <w:i/>
          <w:iCs/>
          <w:sz w:val="22"/>
        </w:rPr>
        <w:t xml:space="preserve">    (Signature)</w:t>
      </w:r>
    </w:p>
    <w:p w14:paraId="16FC7E70" w14:textId="4B4456D7" w:rsidR="00B842DB" w:rsidRPr="00460DEE" w:rsidRDefault="00B842DB" w:rsidP="0037129A">
      <w:pPr>
        <w:spacing w:after="360" w:line="360" w:lineRule="auto"/>
        <w:rPr>
          <w:b/>
          <w:sz w:val="28"/>
          <w:szCs w:val="28"/>
        </w:rPr>
      </w:pPr>
      <w:r w:rsidRPr="00460DEE">
        <w:rPr>
          <w:b/>
          <w:sz w:val="28"/>
          <w:szCs w:val="28"/>
        </w:rPr>
        <w:br w:type="page"/>
      </w:r>
    </w:p>
    <w:p w14:paraId="17225FC4" w14:textId="0515236B" w:rsidR="00355191" w:rsidRPr="00460DEE" w:rsidRDefault="009E7ED1">
      <w:pPr>
        <w:spacing w:after="240" w:line="360" w:lineRule="auto"/>
        <w:jc w:val="center"/>
        <w:rPr>
          <w:sz w:val="28"/>
          <w:szCs w:val="28"/>
        </w:rPr>
      </w:pPr>
      <w:r w:rsidRPr="00460DEE">
        <w:rPr>
          <w:b/>
          <w:sz w:val="28"/>
          <w:szCs w:val="28"/>
        </w:rPr>
        <w:lastRenderedPageBreak/>
        <w:t>DAILY WORK DIARY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0"/>
        <w:gridCol w:w="3230"/>
        <w:gridCol w:w="3230"/>
      </w:tblGrid>
      <w:tr w:rsidR="00355191" w:rsidRPr="00460DEE" w14:paraId="4787CE49" w14:textId="77777777" w:rsidTr="00B842DB">
        <w:trPr>
          <w:jc w:val="center"/>
        </w:trPr>
        <w:tc>
          <w:tcPr>
            <w:tcW w:w="3230" w:type="dxa"/>
          </w:tcPr>
          <w:p w14:paraId="1CC09801" w14:textId="77777777" w:rsidR="00355191" w:rsidRPr="00460DEE" w:rsidRDefault="009E7ED1">
            <w:pPr>
              <w:jc w:val="center"/>
              <w:rPr>
                <w:sz w:val="28"/>
                <w:szCs w:val="28"/>
              </w:rPr>
            </w:pPr>
            <w:r w:rsidRPr="00460DEE">
              <w:rPr>
                <w:b/>
                <w:sz w:val="28"/>
                <w:szCs w:val="28"/>
              </w:rPr>
              <w:t>Date / Month</w:t>
            </w:r>
          </w:p>
        </w:tc>
        <w:tc>
          <w:tcPr>
            <w:tcW w:w="3230" w:type="dxa"/>
          </w:tcPr>
          <w:p w14:paraId="239421E0" w14:textId="77777777" w:rsidR="00355191" w:rsidRPr="00460DEE" w:rsidRDefault="009E7ED1">
            <w:pPr>
              <w:jc w:val="center"/>
              <w:rPr>
                <w:sz w:val="28"/>
                <w:szCs w:val="28"/>
              </w:rPr>
            </w:pPr>
            <w:r w:rsidRPr="00460DEE">
              <w:rPr>
                <w:b/>
                <w:sz w:val="28"/>
                <w:szCs w:val="28"/>
              </w:rPr>
              <w:t>Description and Brief Summary of Work Performed</w:t>
            </w:r>
          </w:p>
        </w:tc>
        <w:tc>
          <w:tcPr>
            <w:tcW w:w="3230" w:type="dxa"/>
          </w:tcPr>
          <w:p w14:paraId="04E45B1B" w14:textId="77777777" w:rsidR="00355191" w:rsidRPr="00460DEE" w:rsidRDefault="009E7ED1">
            <w:pPr>
              <w:jc w:val="center"/>
              <w:rPr>
                <w:sz w:val="28"/>
                <w:szCs w:val="28"/>
              </w:rPr>
            </w:pPr>
            <w:r w:rsidRPr="00460DEE">
              <w:rPr>
                <w:b/>
                <w:sz w:val="28"/>
                <w:szCs w:val="28"/>
              </w:rPr>
              <w:t>Supervisor Signature</w:t>
            </w:r>
          </w:p>
        </w:tc>
      </w:tr>
      <w:tr w:rsidR="00355191" w:rsidRPr="00460DEE" w14:paraId="6FD3174B" w14:textId="77777777" w:rsidTr="00B842DB">
        <w:trPr>
          <w:jc w:val="center"/>
        </w:trPr>
        <w:tc>
          <w:tcPr>
            <w:tcW w:w="3230" w:type="dxa"/>
          </w:tcPr>
          <w:p w14:paraId="40019831" w14:textId="77777777" w:rsidR="00355191" w:rsidRPr="00460DEE" w:rsidRDefault="00355191">
            <w:pPr>
              <w:rPr>
                <w:sz w:val="28"/>
                <w:szCs w:val="28"/>
              </w:rPr>
            </w:pPr>
          </w:p>
        </w:tc>
        <w:tc>
          <w:tcPr>
            <w:tcW w:w="3230" w:type="dxa"/>
          </w:tcPr>
          <w:p w14:paraId="18386931" w14:textId="77777777" w:rsidR="00355191" w:rsidRPr="00460DEE" w:rsidRDefault="00355191">
            <w:pPr>
              <w:rPr>
                <w:sz w:val="28"/>
                <w:szCs w:val="28"/>
              </w:rPr>
            </w:pPr>
          </w:p>
        </w:tc>
        <w:tc>
          <w:tcPr>
            <w:tcW w:w="3230" w:type="dxa"/>
          </w:tcPr>
          <w:p w14:paraId="47284B07" w14:textId="77777777" w:rsidR="00355191" w:rsidRPr="00460DEE" w:rsidRDefault="00355191">
            <w:pPr>
              <w:rPr>
                <w:sz w:val="28"/>
                <w:szCs w:val="28"/>
              </w:rPr>
            </w:pPr>
          </w:p>
        </w:tc>
      </w:tr>
      <w:tr w:rsidR="00355191" w:rsidRPr="00460DEE" w14:paraId="6B6EEC1D" w14:textId="77777777" w:rsidTr="00B842DB">
        <w:trPr>
          <w:jc w:val="center"/>
        </w:trPr>
        <w:tc>
          <w:tcPr>
            <w:tcW w:w="3230" w:type="dxa"/>
          </w:tcPr>
          <w:p w14:paraId="10318A97" w14:textId="77777777" w:rsidR="00355191" w:rsidRPr="00460DEE" w:rsidRDefault="00355191">
            <w:pPr>
              <w:rPr>
                <w:sz w:val="28"/>
                <w:szCs w:val="28"/>
              </w:rPr>
            </w:pPr>
          </w:p>
        </w:tc>
        <w:tc>
          <w:tcPr>
            <w:tcW w:w="3230" w:type="dxa"/>
          </w:tcPr>
          <w:p w14:paraId="579E7D86" w14:textId="77777777" w:rsidR="00355191" w:rsidRPr="00460DEE" w:rsidRDefault="00355191">
            <w:pPr>
              <w:rPr>
                <w:sz w:val="28"/>
                <w:szCs w:val="28"/>
              </w:rPr>
            </w:pPr>
          </w:p>
        </w:tc>
        <w:tc>
          <w:tcPr>
            <w:tcW w:w="3230" w:type="dxa"/>
          </w:tcPr>
          <w:p w14:paraId="76426022" w14:textId="77777777" w:rsidR="00355191" w:rsidRPr="00460DEE" w:rsidRDefault="00355191">
            <w:pPr>
              <w:rPr>
                <w:sz w:val="28"/>
                <w:szCs w:val="28"/>
              </w:rPr>
            </w:pPr>
          </w:p>
        </w:tc>
      </w:tr>
      <w:tr w:rsidR="00355191" w:rsidRPr="00460DEE" w14:paraId="49F56F78" w14:textId="77777777" w:rsidTr="00B842DB">
        <w:trPr>
          <w:jc w:val="center"/>
        </w:trPr>
        <w:tc>
          <w:tcPr>
            <w:tcW w:w="3230" w:type="dxa"/>
          </w:tcPr>
          <w:p w14:paraId="196506CE" w14:textId="77777777" w:rsidR="00355191" w:rsidRPr="00460DEE" w:rsidRDefault="00355191">
            <w:pPr>
              <w:rPr>
                <w:sz w:val="28"/>
                <w:szCs w:val="28"/>
              </w:rPr>
            </w:pPr>
          </w:p>
        </w:tc>
        <w:tc>
          <w:tcPr>
            <w:tcW w:w="3230" w:type="dxa"/>
          </w:tcPr>
          <w:p w14:paraId="53C2C076" w14:textId="77777777" w:rsidR="00355191" w:rsidRPr="00460DEE" w:rsidRDefault="00355191">
            <w:pPr>
              <w:rPr>
                <w:sz w:val="28"/>
                <w:szCs w:val="28"/>
              </w:rPr>
            </w:pPr>
          </w:p>
        </w:tc>
        <w:tc>
          <w:tcPr>
            <w:tcW w:w="3230" w:type="dxa"/>
          </w:tcPr>
          <w:p w14:paraId="715E4E79" w14:textId="77777777" w:rsidR="00355191" w:rsidRPr="00460DEE" w:rsidRDefault="00355191">
            <w:pPr>
              <w:rPr>
                <w:sz w:val="28"/>
                <w:szCs w:val="28"/>
              </w:rPr>
            </w:pPr>
          </w:p>
        </w:tc>
      </w:tr>
      <w:tr w:rsidR="00355191" w:rsidRPr="00460DEE" w14:paraId="391EA092" w14:textId="77777777" w:rsidTr="00B842DB">
        <w:trPr>
          <w:jc w:val="center"/>
        </w:trPr>
        <w:tc>
          <w:tcPr>
            <w:tcW w:w="3230" w:type="dxa"/>
          </w:tcPr>
          <w:p w14:paraId="67C21DA4" w14:textId="77777777" w:rsidR="00355191" w:rsidRPr="00460DEE" w:rsidRDefault="00355191">
            <w:pPr>
              <w:rPr>
                <w:sz w:val="28"/>
                <w:szCs w:val="28"/>
              </w:rPr>
            </w:pPr>
          </w:p>
        </w:tc>
        <w:tc>
          <w:tcPr>
            <w:tcW w:w="3230" w:type="dxa"/>
          </w:tcPr>
          <w:p w14:paraId="1CF80E9F" w14:textId="77777777" w:rsidR="00355191" w:rsidRPr="00460DEE" w:rsidRDefault="00355191">
            <w:pPr>
              <w:rPr>
                <w:sz w:val="28"/>
                <w:szCs w:val="28"/>
              </w:rPr>
            </w:pPr>
          </w:p>
        </w:tc>
        <w:tc>
          <w:tcPr>
            <w:tcW w:w="3230" w:type="dxa"/>
          </w:tcPr>
          <w:p w14:paraId="7355AEC5" w14:textId="77777777" w:rsidR="00355191" w:rsidRPr="00460DEE" w:rsidRDefault="00355191">
            <w:pPr>
              <w:rPr>
                <w:sz w:val="28"/>
                <w:szCs w:val="28"/>
              </w:rPr>
            </w:pPr>
          </w:p>
        </w:tc>
      </w:tr>
      <w:tr w:rsidR="00355191" w:rsidRPr="00460DEE" w14:paraId="0D067AAA" w14:textId="77777777" w:rsidTr="00B842DB">
        <w:trPr>
          <w:jc w:val="center"/>
        </w:trPr>
        <w:tc>
          <w:tcPr>
            <w:tcW w:w="3230" w:type="dxa"/>
          </w:tcPr>
          <w:p w14:paraId="6702D52E" w14:textId="77777777" w:rsidR="00355191" w:rsidRPr="00460DEE" w:rsidRDefault="00355191">
            <w:pPr>
              <w:rPr>
                <w:sz w:val="28"/>
                <w:szCs w:val="28"/>
              </w:rPr>
            </w:pPr>
          </w:p>
        </w:tc>
        <w:tc>
          <w:tcPr>
            <w:tcW w:w="3230" w:type="dxa"/>
          </w:tcPr>
          <w:p w14:paraId="72B9453C" w14:textId="77777777" w:rsidR="00355191" w:rsidRPr="00460DEE" w:rsidRDefault="00355191">
            <w:pPr>
              <w:rPr>
                <w:sz w:val="28"/>
                <w:szCs w:val="28"/>
              </w:rPr>
            </w:pPr>
          </w:p>
        </w:tc>
        <w:tc>
          <w:tcPr>
            <w:tcW w:w="3230" w:type="dxa"/>
          </w:tcPr>
          <w:p w14:paraId="48A214D8" w14:textId="77777777" w:rsidR="00355191" w:rsidRPr="00460DEE" w:rsidRDefault="00355191">
            <w:pPr>
              <w:rPr>
                <w:sz w:val="28"/>
                <w:szCs w:val="28"/>
              </w:rPr>
            </w:pPr>
          </w:p>
        </w:tc>
      </w:tr>
      <w:tr w:rsidR="00355191" w:rsidRPr="00460DEE" w14:paraId="66311213" w14:textId="77777777" w:rsidTr="00B842DB">
        <w:trPr>
          <w:jc w:val="center"/>
        </w:trPr>
        <w:tc>
          <w:tcPr>
            <w:tcW w:w="3230" w:type="dxa"/>
          </w:tcPr>
          <w:p w14:paraId="4C9C7737" w14:textId="77777777" w:rsidR="00355191" w:rsidRPr="00460DEE" w:rsidRDefault="00355191">
            <w:pPr>
              <w:rPr>
                <w:sz w:val="28"/>
                <w:szCs w:val="28"/>
              </w:rPr>
            </w:pPr>
          </w:p>
        </w:tc>
        <w:tc>
          <w:tcPr>
            <w:tcW w:w="3230" w:type="dxa"/>
          </w:tcPr>
          <w:p w14:paraId="2996604F" w14:textId="77777777" w:rsidR="00355191" w:rsidRPr="00460DEE" w:rsidRDefault="00355191">
            <w:pPr>
              <w:rPr>
                <w:sz w:val="28"/>
                <w:szCs w:val="28"/>
              </w:rPr>
            </w:pPr>
          </w:p>
        </w:tc>
        <w:tc>
          <w:tcPr>
            <w:tcW w:w="3230" w:type="dxa"/>
          </w:tcPr>
          <w:p w14:paraId="08F97CB0" w14:textId="77777777" w:rsidR="00355191" w:rsidRPr="00460DEE" w:rsidRDefault="00355191">
            <w:pPr>
              <w:rPr>
                <w:sz w:val="28"/>
                <w:szCs w:val="28"/>
              </w:rPr>
            </w:pPr>
          </w:p>
        </w:tc>
      </w:tr>
      <w:tr w:rsidR="00355191" w:rsidRPr="00460DEE" w14:paraId="487CDA8E" w14:textId="77777777" w:rsidTr="00B842DB">
        <w:trPr>
          <w:jc w:val="center"/>
        </w:trPr>
        <w:tc>
          <w:tcPr>
            <w:tcW w:w="3230" w:type="dxa"/>
          </w:tcPr>
          <w:p w14:paraId="038F4E34" w14:textId="77777777" w:rsidR="00355191" w:rsidRPr="00460DEE" w:rsidRDefault="00355191">
            <w:pPr>
              <w:rPr>
                <w:sz w:val="28"/>
                <w:szCs w:val="28"/>
              </w:rPr>
            </w:pPr>
          </w:p>
        </w:tc>
        <w:tc>
          <w:tcPr>
            <w:tcW w:w="3230" w:type="dxa"/>
          </w:tcPr>
          <w:p w14:paraId="2BB7D890" w14:textId="77777777" w:rsidR="00355191" w:rsidRPr="00460DEE" w:rsidRDefault="00355191">
            <w:pPr>
              <w:rPr>
                <w:sz w:val="28"/>
                <w:szCs w:val="28"/>
              </w:rPr>
            </w:pPr>
          </w:p>
        </w:tc>
        <w:tc>
          <w:tcPr>
            <w:tcW w:w="3230" w:type="dxa"/>
          </w:tcPr>
          <w:p w14:paraId="46FBE494" w14:textId="77777777" w:rsidR="00355191" w:rsidRPr="00460DEE" w:rsidRDefault="00355191">
            <w:pPr>
              <w:rPr>
                <w:sz w:val="28"/>
                <w:szCs w:val="28"/>
              </w:rPr>
            </w:pPr>
          </w:p>
        </w:tc>
      </w:tr>
      <w:tr w:rsidR="00355191" w:rsidRPr="00460DEE" w14:paraId="76B60DF1" w14:textId="77777777" w:rsidTr="00B842DB">
        <w:trPr>
          <w:jc w:val="center"/>
        </w:trPr>
        <w:tc>
          <w:tcPr>
            <w:tcW w:w="3230" w:type="dxa"/>
          </w:tcPr>
          <w:p w14:paraId="78D95CCA" w14:textId="77777777" w:rsidR="00355191" w:rsidRPr="00460DEE" w:rsidRDefault="00355191">
            <w:pPr>
              <w:rPr>
                <w:sz w:val="28"/>
                <w:szCs w:val="28"/>
              </w:rPr>
            </w:pPr>
          </w:p>
        </w:tc>
        <w:tc>
          <w:tcPr>
            <w:tcW w:w="3230" w:type="dxa"/>
          </w:tcPr>
          <w:p w14:paraId="45C99E1B" w14:textId="77777777" w:rsidR="00355191" w:rsidRPr="00460DEE" w:rsidRDefault="00355191">
            <w:pPr>
              <w:rPr>
                <w:sz w:val="28"/>
                <w:szCs w:val="28"/>
              </w:rPr>
            </w:pPr>
          </w:p>
        </w:tc>
        <w:tc>
          <w:tcPr>
            <w:tcW w:w="3230" w:type="dxa"/>
          </w:tcPr>
          <w:p w14:paraId="62C33ADD" w14:textId="77777777" w:rsidR="00355191" w:rsidRPr="00460DEE" w:rsidRDefault="00355191">
            <w:pPr>
              <w:rPr>
                <w:sz w:val="28"/>
                <w:szCs w:val="28"/>
              </w:rPr>
            </w:pPr>
          </w:p>
        </w:tc>
      </w:tr>
      <w:tr w:rsidR="00355191" w:rsidRPr="00460DEE" w14:paraId="5D56C488" w14:textId="77777777" w:rsidTr="00B842DB">
        <w:trPr>
          <w:jc w:val="center"/>
        </w:trPr>
        <w:tc>
          <w:tcPr>
            <w:tcW w:w="3230" w:type="dxa"/>
          </w:tcPr>
          <w:p w14:paraId="4141D8B4" w14:textId="77777777" w:rsidR="00355191" w:rsidRPr="00460DEE" w:rsidRDefault="00355191">
            <w:pPr>
              <w:rPr>
                <w:sz w:val="28"/>
                <w:szCs w:val="28"/>
              </w:rPr>
            </w:pPr>
          </w:p>
        </w:tc>
        <w:tc>
          <w:tcPr>
            <w:tcW w:w="3230" w:type="dxa"/>
          </w:tcPr>
          <w:p w14:paraId="16233880" w14:textId="77777777" w:rsidR="00355191" w:rsidRPr="00460DEE" w:rsidRDefault="00355191">
            <w:pPr>
              <w:rPr>
                <w:sz w:val="28"/>
                <w:szCs w:val="28"/>
              </w:rPr>
            </w:pPr>
          </w:p>
        </w:tc>
        <w:tc>
          <w:tcPr>
            <w:tcW w:w="3230" w:type="dxa"/>
          </w:tcPr>
          <w:p w14:paraId="603B486F" w14:textId="77777777" w:rsidR="00355191" w:rsidRPr="00460DEE" w:rsidRDefault="00355191">
            <w:pPr>
              <w:rPr>
                <w:sz w:val="28"/>
                <w:szCs w:val="28"/>
              </w:rPr>
            </w:pPr>
          </w:p>
        </w:tc>
      </w:tr>
      <w:tr w:rsidR="00355191" w:rsidRPr="00460DEE" w14:paraId="69C8AA64" w14:textId="77777777" w:rsidTr="00B842DB">
        <w:trPr>
          <w:jc w:val="center"/>
        </w:trPr>
        <w:tc>
          <w:tcPr>
            <w:tcW w:w="3230" w:type="dxa"/>
          </w:tcPr>
          <w:p w14:paraId="64BE790F" w14:textId="77777777" w:rsidR="00355191" w:rsidRPr="00460DEE" w:rsidRDefault="00355191">
            <w:pPr>
              <w:rPr>
                <w:sz w:val="28"/>
                <w:szCs w:val="28"/>
              </w:rPr>
            </w:pPr>
          </w:p>
        </w:tc>
        <w:tc>
          <w:tcPr>
            <w:tcW w:w="3230" w:type="dxa"/>
          </w:tcPr>
          <w:p w14:paraId="7A37249D" w14:textId="77777777" w:rsidR="00355191" w:rsidRPr="00460DEE" w:rsidRDefault="00355191">
            <w:pPr>
              <w:rPr>
                <w:sz w:val="28"/>
                <w:szCs w:val="28"/>
              </w:rPr>
            </w:pPr>
          </w:p>
        </w:tc>
        <w:tc>
          <w:tcPr>
            <w:tcW w:w="3230" w:type="dxa"/>
          </w:tcPr>
          <w:p w14:paraId="30849804" w14:textId="77777777" w:rsidR="00355191" w:rsidRPr="00460DEE" w:rsidRDefault="00355191">
            <w:pPr>
              <w:rPr>
                <w:sz w:val="28"/>
                <w:szCs w:val="28"/>
              </w:rPr>
            </w:pPr>
          </w:p>
        </w:tc>
      </w:tr>
      <w:tr w:rsidR="00355191" w:rsidRPr="00460DEE" w14:paraId="01693B81" w14:textId="77777777" w:rsidTr="00B842DB">
        <w:trPr>
          <w:jc w:val="center"/>
        </w:trPr>
        <w:tc>
          <w:tcPr>
            <w:tcW w:w="3230" w:type="dxa"/>
          </w:tcPr>
          <w:p w14:paraId="523DAF78" w14:textId="77777777" w:rsidR="00355191" w:rsidRPr="00460DEE" w:rsidRDefault="00355191">
            <w:pPr>
              <w:rPr>
                <w:sz w:val="28"/>
                <w:szCs w:val="28"/>
              </w:rPr>
            </w:pPr>
          </w:p>
        </w:tc>
        <w:tc>
          <w:tcPr>
            <w:tcW w:w="3230" w:type="dxa"/>
          </w:tcPr>
          <w:p w14:paraId="23817313" w14:textId="77777777" w:rsidR="00355191" w:rsidRPr="00460DEE" w:rsidRDefault="00355191">
            <w:pPr>
              <w:rPr>
                <w:sz w:val="28"/>
                <w:szCs w:val="28"/>
              </w:rPr>
            </w:pPr>
          </w:p>
        </w:tc>
        <w:tc>
          <w:tcPr>
            <w:tcW w:w="3230" w:type="dxa"/>
          </w:tcPr>
          <w:p w14:paraId="382869A2" w14:textId="77777777" w:rsidR="00355191" w:rsidRPr="00460DEE" w:rsidRDefault="00355191">
            <w:pPr>
              <w:rPr>
                <w:sz w:val="28"/>
                <w:szCs w:val="28"/>
              </w:rPr>
            </w:pPr>
          </w:p>
        </w:tc>
      </w:tr>
      <w:tr w:rsidR="00355191" w:rsidRPr="00460DEE" w14:paraId="4535CD3B" w14:textId="77777777" w:rsidTr="00B842DB">
        <w:trPr>
          <w:jc w:val="center"/>
        </w:trPr>
        <w:tc>
          <w:tcPr>
            <w:tcW w:w="3230" w:type="dxa"/>
          </w:tcPr>
          <w:p w14:paraId="3D1C7A90" w14:textId="77777777" w:rsidR="00355191" w:rsidRPr="00460DEE" w:rsidRDefault="00355191">
            <w:pPr>
              <w:rPr>
                <w:sz w:val="28"/>
                <w:szCs w:val="28"/>
              </w:rPr>
            </w:pPr>
          </w:p>
        </w:tc>
        <w:tc>
          <w:tcPr>
            <w:tcW w:w="3230" w:type="dxa"/>
          </w:tcPr>
          <w:p w14:paraId="0896B0B9" w14:textId="77777777" w:rsidR="00355191" w:rsidRPr="00460DEE" w:rsidRDefault="00355191">
            <w:pPr>
              <w:rPr>
                <w:sz w:val="28"/>
                <w:szCs w:val="28"/>
              </w:rPr>
            </w:pPr>
          </w:p>
        </w:tc>
        <w:tc>
          <w:tcPr>
            <w:tcW w:w="3230" w:type="dxa"/>
          </w:tcPr>
          <w:p w14:paraId="18064FF3" w14:textId="77777777" w:rsidR="00355191" w:rsidRPr="00460DEE" w:rsidRDefault="00355191">
            <w:pPr>
              <w:rPr>
                <w:sz w:val="28"/>
                <w:szCs w:val="28"/>
              </w:rPr>
            </w:pPr>
          </w:p>
        </w:tc>
      </w:tr>
      <w:tr w:rsidR="00355191" w:rsidRPr="00460DEE" w14:paraId="2159D8EC" w14:textId="77777777" w:rsidTr="00B842DB">
        <w:trPr>
          <w:jc w:val="center"/>
        </w:trPr>
        <w:tc>
          <w:tcPr>
            <w:tcW w:w="3230" w:type="dxa"/>
          </w:tcPr>
          <w:p w14:paraId="3C0F33DD" w14:textId="77777777" w:rsidR="00355191" w:rsidRPr="00460DEE" w:rsidRDefault="00355191">
            <w:pPr>
              <w:rPr>
                <w:sz w:val="28"/>
                <w:szCs w:val="28"/>
              </w:rPr>
            </w:pPr>
          </w:p>
        </w:tc>
        <w:tc>
          <w:tcPr>
            <w:tcW w:w="3230" w:type="dxa"/>
          </w:tcPr>
          <w:p w14:paraId="2E45808D" w14:textId="77777777" w:rsidR="00355191" w:rsidRPr="00460DEE" w:rsidRDefault="00355191">
            <w:pPr>
              <w:rPr>
                <w:sz w:val="28"/>
                <w:szCs w:val="28"/>
              </w:rPr>
            </w:pPr>
          </w:p>
        </w:tc>
        <w:tc>
          <w:tcPr>
            <w:tcW w:w="3230" w:type="dxa"/>
          </w:tcPr>
          <w:p w14:paraId="3B615DD7" w14:textId="77777777" w:rsidR="00355191" w:rsidRPr="00460DEE" w:rsidRDefault="00355191">
            <w:pPr>
              <w:rPr>
                <w:sz w:val="28"/>
                <w:szCs w:val="28"/>
              </w:rPr>
            </w:pPr>
          </w:p>
        </w:tc>
      </w:tr>
      <w:tr w:rsidR="00355191" w:rsidRPr="00460DEE" w14:paraId="5610B54E" w14:textId="77777777" w:rsidTr="00B842DB">
        <w:trPr>
          <w:jc w:val="center"/>
        </w:trPr>
        <w:tc>
          <w:tcPr>
            <w:tcW w:w="3230" w:type="dxa"/>
          </w:tcPr>
          <w:p w14:paraId="0EE3AB15" w14:textId="77777777" w:rsidR="00355191" w:rsidRPr="00460DEE" w:rsidRDefault="00355191">
            <w:pPr>
              <w:rPr>
                <w:sz w:val="28"/>
                <w:szCs w:val="28"/>
              </w:rPr>
            </w:pPr>
          </w:p>
        </w:tc>
        <w:tc>
          <w:tcPr>
            <w:tcW w:w="3230" w:type="dxa"/>
          </w:tcPr>
          <w:p w14:paraId="4F26F3D5" w14:textId="77777777" w:rsidR="00355191" w:rsidRPr="00460DEE" w:rsidRDefault="00355191">
            <w:pPr>
              <w:rPr>
                <w:sz w:val="28"/>
                <w:szCs w:val="28"/>
              </w:rPr>
            </w:pPr>
          </w:p>
        </w:tc>
        <w:tc>
          <w:tcPr>
            <w:tcW w:w="3230" w:type="dxa"/>
          </w:tcPr>
          <w:p w14:paraId="24651CDB" w14:textId="77777777" w:rsidR="00355191" w:rsidRPr="00460DEE" w:rsidRDefault="00355191">
            <w:pPr>
              <w:rPr>
                <w:sz w:val="28"/>
                <w:szCs w:val="28"/>
              </w:rPr>
            </w:pPr>
          </w:p>
        </w:tc>
      </w:tr>
    </w:tbl>
    <w:p w14:paraId="5A085092" w14:textId="77777777" w:rsidR="00355191" w:rsidRPr="00460DEE" w:rsidRDefault="00355191">
      <w:pPr>
        <w:spacing w:after="240"/>
        <w:rPr>
          <w:sz w:val="28"/>
          <w:szCs w:val="28"/>
        </w:rPr>
      </w:pPr>
    </w:p>
    <w:p w14:paraId="647326F0" w14:textId="7A2DFA2C" w:rsidR="0037129A" w:rsidRDefault="0037129A" w:rsidP="0037129A">
      <w:pPr>
        <w:spacing w:after="0" w:line="240" w:lineRule="auto"/>
        <w:rPr>
          <w:sz w:val="28"/>
          <w:szCs w:val="28"/>
        </w:rPr>
      </w:pPr>
      <w:r w:rsidRPr="00460DEE">
        <w:rPr>
          <w:sz w:val="28"/>
          <w:szCs w:val="28"/>
        </w:rPr>
        <w:t>______________</w:t>
      </w:r>
    </w:p>
    <w:p w14:paraId="5D6B7EA9" w14:textId="7605ECCE" w:rsidR="0037129A" w:rsidRPr="0037129A" w:rsidRDefault="0037129A" w:rsidP="0037129A">
      <w:pPr>
        <w:spacing w:after="0" w:line="240" w:lineRule="auto"/>
        <w:rPr>
          <w:sz w:val="28"/>
          <w:szCs w:val="28"/>
        </w:rPr>
      </w:pPr>
      <w:r>
        <w:rPr>
          <w:sz w:val="28"/>
          <w:szCs w:val="28"/>
        </w:rPr>
        <w:t xml:space="preserve">   </w:t>
      </w:r>
      <w:r>
        <w:rPr>
          <w:szCs w:val="24"/>
        </w:rPr>
        <w:t xml:space="preserve">   </w:t>
      </w:r>
      <w:r w:rsidRPr="0037129A">
        <w:rPr>
          <w:i/>
          <w:iCs/>
          <w:sz w:val="20"/>
          <w:szCs w:val="20"/>
        </w:rPr>
        <w:t>(</w:t>
      </w:r>
      <w:r>
        <w:rPr>
          <w:i/>
          <w:iCs/>
          <w:sz w:val="20"/>
          <w:szCs w:val="20"/>
        </w:rPr>
        <w:t xml:space="preserve">Student </w:t>
      </w:r>
      <w:r w:rsidRPr="0037129A">
        <w:rPr>
          <w:i/>
          <w:iCs/>
          <w:sz w:val="20"/>
          <w:szCs w:val="20"/>
        </w:rPr>
        <w:t>Signature)</w:t>
      </w:r>
    </w:p>
    <w:p w14:paraId="7D6EEAB1" w14:textId="7FE6FC39" w:rsidR="00B842DB" w:rsidRPr="00460DEE" w:rsidRDefault="00B842DB" w:rsidP="0037129A">
      <w:pPr>
        <w:spacing w:after="360" w:line="360" w:lineRule="auto"/>
        <w:rPr>
          <w:b/>
          <w:sz w:val="28"/>
          <w:szCs w:val="28"/>
        </w:rPr>
      </w:pPr>
    </w:p>
    <w:p w14:paraId="4A9975A6" w14:textId="77777777" w:rsidR="00B842DB" w:rsidRPr="00460DEE" w:rsidRDefault="00B842DB">
      <w:pPr>
        <w:spacing w:after="240" w:line="360" w:lineRule="auto"/>
        <w:jc w:val="center"/>
        <w:rPr>
          <w:b/>
          <w:sz w:val="28"/>
          <w:szCs w:val="28"/>
        </w:rPr>
      </w:pPr>
    </w:p>
    <w:p w14:paraId="39A872F8" w14:textId="77777777" w:rsidR="00B842DB" w:rsidRPr="00460DEE" w:rsidRDefault="00B842DB">
      <w:pPr>
        <w:spacing w:after="240" w:line="360" w:lineRule="auto"/>
        <w:jc w:val="center"/>
        <w:rPr>
          <w:b/>
          <w:sz w:val="28"/>
          <w:szCs w:val="28"/>
        </w:rPr>
      </w:pPr>
    </w:p>
    <w:p w14:paraId="16679073" w14:textId="77777777" w:rsidR="00B842DB" w:rsidRPr="00460DEE" w:rsidRDefault="00B842DB">
      <w:pPr>
        <w:spacing w:after="240" w:line="360" w:lineRule="auto"/>
        <w:jc w:val="center"/>
        <w:rPr>
          <w:b/>
          <w:sz w:val="28"/>
          <w:szCs w:val="28"/>
        </w:rPr>
      </w:pPr>
    </w:p>
    <w:p w14:paraId="21389456" w14:textId="0E4F61CC" w:rsidR="00355191" w:rsidRPr="00460DEE" w:rsidRDefault="009E7ED1">
      <w:pPr>
        <w:spacing w:after="240" w:line="360" w:lineRule="auto"/>
        <w:jc w:val="center"/>
        <w:rPr>
          <w:sz w:val="28"/>
          <w:szCs w:val="28"/>
        </w:rPr>
      </w:pPr>
      <w:proofErr w:type="gramStart"/>
      <w:r w:rsidRPr="00460DEE">
        <w:rPr>
          <w:b/>
          <w:sz w:val="28"/>
          <w:szCs w:val="28"/>
        </w:rPr>
        <w:t>FINAL CONCLUSION</w:t>
      </w:r>
      <w:proofErr w:type="gramEnd"/>
      <w:r w:rsidRPr="00460DEE">
        <w:rPr>
          <w:b/>
          <w:sz w:val="28"/>
          <w:szCs w:val="28"/>
        </w:rPr>
        <w:t xml:space="preserve"> FROM INTERNSHIP FACILITY</w:t>
      </w:r>
    </w:p>
    <w:p w14:paraId="129F6A15" w14:textId="77777777" w:rsidR="00355191" w:rsidRPr="00460DEE" w:rsidRDefault="009E7ED1">
      <w:pPr>
        <w:spacing w:after="120" w:line="360" w:lineRule="auto"/>
        <w:rPr>
          <w:sz w:val="28"/>
          <w:szCs w:val="28"/>
        </w:rPr>
      </w:pPr>
      <w:r w:rsidRPr="00460DEE">
        <w:rPr>
          <w:sz w:val="28"/>
          <w:szCs w:val="28"/>
        </w:rPr>
        <w:t>2nd-year Group ______ Student ______________________________________________________</w:t>
      </w:r>
    </w:p>
    <w:p w14:paraId="08B55C02" w14:textId="77777777" w:rsidR="00355191" w:rsidRPr="00460DEE" w:rsidRDefault="009E7ED1">
      <w:pPr>
        <w:spacing w:after="240" w:line="360" w:lineRule="auto"/>
        <w:rPr>
          <w:sz w:val="28"/>
          <w:szCs w:val="28"/>
        </w:rPr>
      </w:pPr>
      <w:r w:rsidRPr="00460DEE">
        <w:rPr>
          <w:sz w:val="28"/>
          <w:szCs w:val="28"/>
        </w:rPr>
        <w:t>Completed practical internship from “____” ___________ 20__ to “____” ______________ 20__ at ____________________________________________________________________</w:t>
      </w:r>
    </w:p>
    <w:p w14:paraId="30976AEE" w14:textId="77777777" w:rsidR="00355191" w:rsidRPr="00460DEE" w:rsidRDefault="009E7ED1">
      <w:pPr>
        <w:spacing w:after="120" w:line="360" w:lineRule="auto"/>
        <w:rPr>
          <w:sz w:val="28"/>
          <w:szCs w:val="28"/>
        </w:rPr>
      </w:pPr>
      <w:r w:rsidRPr="00460DEE">
        <w:rPr>
          <w:b/>
          <w:sz w:val="28"/>
          <w:szCs w:val="28"/>
        </w:rPr>
        <w:t>Conclusion / Comments:</w:t>
      </w:r>
    </w:p>
    <w:p w14:paraId="2FFFEE0B" w14:textId="6282C1F5" w:rsidR="00B842DB" w:rsidRPr="00460DEE" w:rsidRDefault="00B842DB" w:rsidP="00B842DB">
      <w:pPr>
        <w:rPr>
          <w:sz w:val="28"/>
          <w:szCs w:val="28"/>
          <w:lang w:eastAsia="x-none"/>
        </w:rPr>
      </w:pPr>
      <w:r w:rsidRPr="00460DEE">
        <w:rPr>
          <w:noProof/>
          <w:sz w:val="28"/>
          <w:szCs w:val="28"/>
        </w:rPr>
        <w:t>_______________________________________________________________________________________________________________________________________________________________________________________________________________________________________</w:t>
      </w:r>
      <w:r w:rsidRPr="00460DEE">
        <w:rPr>
          <w:noProof/>
          <w:sz w:val="28"/>
          <w:szCs w:val="28"/>
          <w:lang w:eastAsia="x-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460DEE">
        <w:rPr>
          <w:sz w:val="28"/>
          <w:szCs w:val="28"/>
          <w:lang w:eastAsia="x-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5BE86D" w14:textId="77777777" w:rsidR="00B842DB" w:rsidRPr="00460DEE" w:rsidRDefault="00B842DB" w:rsidP="00B842DB">
      <w:pPr>
        <w:tabs>
          <w:tab w:val="left" w:pos="-180"/>
          <w:tab w:val="left" w:pos="0"/>
          <w:tab w:val="left" w:pos="180"/>
          <w:tab w:val="left" w:pos="9540"/>
        </w:tabs>
        <w:ind w:right="-187"/>
        <w:jc w:val="both"/>
        <w:rPr>
          <w:b/>
          <w:noProof/>
          <w:sz w:val="28"/>
          <w:szCs w:val="28"/>
        </w:rPr>
      </w:pPr>
    </w:p>
    <w:p w14:paraId="482C49D3" w14:textId="77777777" w:rsidR="0037129A" w:rsidRDefault="009E7ED1" w:rsidP="0037129A">
      <w:pPr>
        <w:spacing w:after="0" w:line="240" w:lineRule="auto"/>
        <w:rPr>
          <w:sz w:val="28"/>
          <w:szCs w:val="28"/>
        </w:rPr>
      </w:pPr>
      <w:r w:rsidRPr="00460DEE">
        <w:rPr>
          <w:sz w:val="28"/>
          <w:szCs w:val="28"/>
        </w:rPr>
        <w:t xml:space="preserve">Facility Supervisor: _________________________ </w:t>
      </w:r>
      <w:r w:rsidR="0037129A" w:rsidRPr="00460DEE">
        <w:rPr>
          <w:sz w:val="28"/>
          <w:szCs w:val="28"/>
        </w:rPr>
        <w:t>______________</w:t>
      </w:r>
    </w:p>
    <w:p w14:paraId="6618FC4A" w14:textId="77777777" w:rsidR="0037129A" w:rsidRPr="0037129A" w:rsidRDefault="0037129A" w:rsidP="0037129A">
      <w:pPr>
        <w:spacing w:after="0" w:line="240" w:lineRule="auto"/>
        <w:jc w:val="center"/>
        <w:rPr>
          <w:szCs w:val="24"/>
        </w:rPr>
      </w:pPr>
      <w:r w:rsidRPr="0037129A">
        <w:rPr>
          <w:szCs w:val="24"/>
        </w:rPr>
        <w:t xml:space="preserve">                                                                           </w:t>
      </w:r>
      <w:r>
        <w:rPr>
          <w:szCs w:val="24"/>
        </w:rPr>
        <w:t xml:space="preserve">               </w:t>
      </w:r>
      <w:r w:rsidRPr="0037129A">
        <w:rPr>
          <w:i/>
          <w:iCs/>
          <w:sz w:val="20"/>
          <w:szCs w:val="20"/>
        </w:rPr>
        <w:t>(Signature)</w:t>
      </w:r>
    </w:p>
    <w:p w14:paraId="7A58DF34" w14:textId="77777777" w:rsidR="0037129A" w:rsidRDefault="009E7ED1" w:rsidP="0037129A">
      <w:pPr>
        <w:spacing w:after="0" w:line="240" w:lineRule="auto"/>
        <w:rPr>
          <w:sz w:val="28"/>
          <w:szCs w:val="28"/>
        </w:rPr>
      </w:pPr>
      <w:r w:rsidRPr="00460DEE">
        <w:rPr>
          <w:sz w:val="28"/>
          <w:szCs w:val="28"/>
        </w:rPr>
        <w:t xml:space="preserve">Facility Head: _________________________ </w:t>
      </w:r>
      <w:r w:rsidR="0037129A" w:rsidRPr="00460DEE">
        <w:rPr>
          <w:sz w:val="28"/>
          <w:szCs w:val="28"/>
        </w:rPr>
        <w:t>______________</w:t>
      </w:r>
    </w:p>
    <w:p w14:paraId="1318CECA" w14:textId="2901C96D" w:rsidR="00355191" w:rsidRPr="0037129A" w:rsidRDefault="0037129A" w:rsidP="0037129A">
      <w:pPr>
        <w:spacing w:after="0" w:line="240" w:lineRule="auto"/>
        <w:jc w:val="center"/>
        <w:rPr>
          <w:szCs w:val="24"/>
        </w:rPr>
      </w:pPr>
      <w:r w:rsidRPr="0037129A">
        <w:rPr>
          <w:szCs w:val="24"/>
        </w:rPr>
        <w:t xml:space="preserve">                                                                           </w:t>
      </w:r>
      <w:r>
        <w:rPr>
          <w:szCs w:val="24"/>
        </w:rPr>
        <w:t xml:space="preserve">               </w:t>
      </w:r>
      <w:r w:rsidRPr="0037129A">
        <w:rPr>
          <w:i/>
          <w:iCs/>
          <w:sz w:val="20"/>
          <w:szCs w:val="20"/>
        </w:rPr>
        <w:t>(Signature)</w:t>
      </w:r>
      <w:r w:rsidRPr="00460DEE">
        <w:rPr>
          <w:sz w:val="28"/>
          <w:szCs w:val="28"/>
        </w:rPr>
        <w:t>)</w:t>
      </w:r>
    </w:p>
    <w:p w14:paraId="4164220E" w14:textId="77777777" w:rsidR="0037129A" w:rsidRDefault="0037129A">
      <w:pPr>
        <w:spacing w:after="240" w:line="360" w:lineRule="auto"/>
        <w:jc w:val="center"/>
        <w:rPr>
          <w:i/>
          <w:sz w:val="28"/>
          <w:szCs w:val="28"/>
        </w:rPr>
      </w:pPr>
    </w:p>
    <w:p w14:paraId="5C96AF2B" w14:textId="44991FC2" w:rsidR="00355191" w:rsidRPr="00460DEE" w:rsidRDefault="009E7ED1">
      <w:pPr>
        <w:spacing w:after="240" w:line="360" w:lineRule="auto"/>
        <w:jc w:val="center"/>
        <w:rPr>
          <w:sz w:val="28"/>
          <w:szCs w:val="28"/>
        </w:rPr>
      </w:pPr>
      <w:proofErr w:type="gramStart"/>
      <w:r w:rsidRPr="00460DEE">
        <w:rPr>
          <w:b/>
          <w:sz w:val="28"/>
          <w:szCs w:val="28"/>
        </w:rPr>
        <w:lastRenderedPageBreak/>
        <w:t>FINAL CONCLUSION</w:t>
      </w:r>
      <w:proofErr w:type="gramEnd"/>
      <w:r w:rsidRPr="00460DEE">
        <w:rPr>
          <w:b/>
          <w:sz w:val="28"/>
          <w:szCs w:val="28"/>
        </w:rPr>
        <w:t xml:space="preserve"> FROM UNIVERSITY SUPERVISOR</w:t>
      </w:r>
    </w:p>
    <w:p w14:paraId="1BCAEBBA" w14:textId="77777777" w:rsidR="00355191" w:rsidRPr="00460DEE" w:rsidRDefault="009E7ED1">
      <w:pPr>
        <w:spacing w:after="120" w:line="360" w:lineRule="auto"/>
        <w:rPr>
          <w:sz w:val="28"/>
          <w:szCs w:val="28"/>
        </w:rPr>
      </w:pPr>
      <w:r w:rsidRPr="00460DEE">
        <w:rPr>
          <w:sz w:val="28"/>
          <w:szCs w:val="28"/>
        </w:rPr>
        <w:t>2nd-year Group ______ Student ______________________________________________________</w:t>
      </w:r>
    </w:p>
    <w:p w14:paraId="52C1EFA6" w14:textId="77777777" w:rsidR="00355191" w:rsidRPr="00460DEE" w:rsidRDefault="009E7ED1">
      <w:pPr>
        <w:spacing w:after="240" w:line="360" w:lineRule="auto"/>
        <w:rPr>
          <w:sz w:val="28"/>
          <w:szCs w:val="28"/>
        </w:rPr>
      </w:pPr>
      <w:r w:rsidRPr="00460DEE">
        <w:rPr>
          <w:sz w:val="28"/>
          <w:szCs w:val="28"/>
        </w:rPr>
        <w:t>Completed practical internship from “____” ___________ 20__ to “____” ______________ 20__ at ____________________________________________________________________</w:t>
      </w:r>
    </w:p>
    <w:p w14:paraId="75138C2B" w14:textId="77777777" w:rsidR="00355191" w:rsidRPr="00460DEE" w:rsidRDefault="009E7ED1">
      <w:pPr>
        <w:spacing w:after="120" w:line="360" w:lineRule="auto"/>
        <w:rPr>
          <w:sz w:val="28"/>
          <w:szCs w:val="28"/>
        </w:rPr>
      </w:pPr>
      <w:r w:rsidRPr="00460DEE">
        <w:rPr>
          <w:b/>
          <w:sz w:val="28"/>
          <w:szCs w:val="28"/>
        </w:rPr>
        <w:t>Conclusion / Comments:</w:t>
      </w:r>
    </w:p>
    <w:p w14:paraId="5A4FE6FF" w14:textId="49D697E7" w:rsidR="00355191" w:rsidRPr="00460DEE" w:rsidRDefault="009E7ED1">
      <w:pPr>
        <w:spacing w:after="80" w:line="360" w:lineRule="auto"/>
        <w:rPr>
          <w:sz w:val="28"/>
          <w:szCs w:val="28"/>
        </w:rPr>
      </w:pPr>
      <w:r w:rsidRPr="00460DEE">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35F639" w14:textId="054EA74E" w:rsidR="00355191" w:rsidRPr="00460DEE" w:rsidRDefault="009E7ED1">
      <w:pPr>
        <w:spacing w:after="80" w:line="360" w:lineRule="auto"/>
        <w:rPr>
          <w:sz w:val="28"/>
          <w:szCs w:val="28"/>
        </w:rPr>
      </w:pPr>
      <w:r w:rsidRPr="00460DEE">
        <w:rPr>
          <w:sz w:val="28"/>
          <w:szCs w:val="28"/>
        </w:rPr>
        <w:t>________________________________________________________________________________________________________________________________________________________________________________________________________</w:t>
      </w:r>
      <w:r w:rsidR="009924D8" w:rsidRPr="00460DEE">
        <w:rPr>
          <w:sz w:val="28"/>
          <w:szCs w:val="28"/>
        </w:rPr>
        <w:t>________________________________________</w:t>
      </w:r>
    </w:p>
    <w:p w14:paraId="48501361" w14:textId="77777777" w:rsidR="0037129A" w:rsidRDefault="009E7ED1" w:rsidP="0037129A">
      <w:pPr>
        <w:spacing w:after="0" w:line="240" w:lineRule="auto"/>
        <w:rPr>
          <w:sz w:val="28"/>
          <w:szCs w:val="28"/>
        </w:rPr>
      </w:pPr>
      <w:r w:rsidRPr="00460DEE">
        <w:rPr>
          <w:sz w:val="28"/>
          <w:szCs w:val="28"/>
        </w:rPr>
        <w:t>University Supervisor: _</w:t>
      </w:r>
      <w:r w:rsidR="0037129A">
        <w:rPr>
          <w:sz w:val="28"/>
          <w:szCs w:val="28"/>
        </w:rPr>
        <w:t>_</w:t>
      </w:r>
      <w:r w:rsidRPr="00460DEE">
        <w:rPr>
          <w:sz w:val="28"/>
          <w:szCs w:val="28"/>
        </w:rPr>
        <w:t>__________________________ ______________</w:t>
      </w:r>
    </w:p>
    <w:p w14:paraId="7533A758" w14:textId="0EDA0695" w:rsidR="00355191" w:rsidRPr="0037129A" w:rsidRDefault="0037129A" w:rsidP="0037129A">
      <w:pPr>
        <w:spacing w:after="0" w:line="240" w:lineRule="auto"/>
        <w:jc w:val="center"/>
        <w:rPr>
          <w:szCs w:val="24"/>
        </w:rPr>
      </w:pPr>
      <w:r w:rsidRPr="0037129A">
        <w:rPr>
          <w:szCs w:val="24"/>
        </w:rPr>
        <w:t xml:space="preserve">                                                                           </w:t>
      </w:r>
      <w:r>
        <w:rPr>
          <w:szCs w:val="24"/>
        </w:rPr>
        <w:t xml:space="preserve">               </w:t>
      </w:r>
      <w:r w:rsidRPr="0037129A">
        <w:rPr>
          <w:i/>
          <w:iCs/>
          <w:sz w:val="20"/>
          <w:szCs w:val="20"/>
        </w:rPr>
        <w:t>(Signature)</w:t>
      </w:r>
    </w:p>
    <w:p w14:paraId="689D7E06" w14:textId="77777777" w:rsidR="009924D8" w:rsidRPr="00460DEE" w:rsidRDefault="009924D8">
      <w:pPr>
        <w:rPr>
          <w:b/>
          <w:sz w:val="28"/>
          <w:szCs w:val="28"/>
        </w:rPr>
      </w:pPr>
      <w:r w:rsidRPr="00460DEE">
        <w:rPr>
          <w:b/>
          <w:sz w:val="28"/>
          <w:szCs w:val="28"/>
        </w:rPr>
        <w:br w:type="page"/>
      </w:r>
    </w:p>
    <w:p w14:paraId="59A7D57A" w14:textId="35751B1A" w:rsidR="00355191" w:rsidRPr="00460DEE" w:rsidRDefault="009E7ED1">
      <w:pPr>
        <w:spacing w:after="240" w:line="360" w:lineRule="auto"/>
        <w:jc w:val="center"/>
        <w:rPr>
          <w:sz w:val="28"/>
          <w:szCs w:val="28"/>
        </w:rPr>
      </w:pPr>
      <w:r w:rsidRPr="00460DEE">
        <w:rPr>
          <w:b/>
          <w:sz w:val="28"/>
          <w:szCs w:val="28"/>
        </w:rPr>
        <w:lastRenderedPageBreak/>
        <w:t>FOR NOTES / REMARKS</w:t>
      </w:r>
    </w:p>
    <w:p w14:paraId="029951C8" w14:textId="155C17F6" w:rsidR="00355191" w:rsidRPr="00460DEE" w:rsidRDefault="009E7ED1">
      <w:pPr>
        <w:spacing w:after="80" w:line="360" w:lineRule="auto"/>
        <w:rPr>
          <w:sz w:val="28"/>
          <w:szCs w:val="28"/>
        </w:rPr>
      </w:pPr>
      <w:r w:rsidRPr="00460DEE">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739E97" w14:textId="722C061D" w:rsidR="00403AFA" w:rsidRPr="00460DEE" w:rsidRDefault="009E7ED1" w:rsidP="00403AFA">
      <w:pPr>
        <w:spacing w:after="80" w:line="360" w:lineRule="auto"/>
        <w:rPr>
          <w:sz w:val="28"/>
          <w:szCs w:val="28"/>
        </w:rPr>
      </w:pPr>
      <w:r w:rsidRPr="00460DEE">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03AFA" w:rsidRPr="00460DEE">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97E3EB" w14:textId="77777777" w:rsidR="00403AFA" w:rsidRPr="00460DEE" w:rsidRDefault="00403AFA" w:rsidP="00403AFA">
      <w:pPr>
        <w:spacing w:after="80" w:line="360" w:lineRule="auto"/>
        <w:rPr>
          <w:sz w:val="28"/>
          <w:szCs w:val="28"/>
        </w:rPr>
      </w:pPr>
    </w:p>
    <w:p w14:paraId="238A983F" w14:textId="46566425" w:rsidR="009924D8" w:rsidRPr="00460DEE" w:rsidRDefault="009924D8">
      <w:pPr>
        <w:spacing w:after="80" w:line="360" w:lineRule="auto"/>
        <w:rPr>
          <w:sz w:val="28"/>
          <w:szCs w:val="28"/>
        </w:rPr>
      </w:pPr>
    </w:p>
    <w:sectPr w:rsidR="009924D8" w:rsidRPr="00460DEE" w:rsidSect="00034616">
      <w:pgSz w:w="12240" w:h="15840"/>
      <w:pgMar w:top="1138" w:right="850" w:bottom="1138"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27EB0"/>
    <w:rsid w:val="00034616"/>
    <w:rsid w:val="0006063C"/>
    <w:rsid w:val="001131AE"/>
    <w:rsid w:val="0015074B"/>
    <w:rsid w:val="00186D53"/>
    <w:rsid w:val="00187148"/>
    <w:rsid w:val="0020351E"/>
    <w:rsid w:val="0029639D"/>
    <w:rsid w:val="002B4D70"/>
    <w:rsid w:val="00326F90"/>
    <w:rsid w:val="00355191"/>
    <w:rsid w:val="0037129A"/>
    <w:rsid w:val="00403AFA"/>
    <w:rsid w:val="00460DEE"/>
    <w:rsid w:val="004975EE"/>
    <w:rsid w:val="00542D49"/>
    <w:rsid w:val="005865B2"/>
    <w:rsid w:val="006F366A"/>
    <w:rsid w:val="009924D8"/>
    <w:rsid w:val="009940C1"/>
    <w:rsid w:val="009D1DC7"/>
    <w:rsid w:val="009E7ED1"/>
    <w:rsid w:val="009F3FCB"/>
    <w:rsid w:val="00A437A6"/>
    <w:rsid w:val="00A57DB2"/>
    <w:rsid w:val="00AA1D8D"/>
    <w:rsid w:val="00AE33F7"/>
    <w:rsid w:val="00B47730"/>
    <w:rsid w:val="00B842DB"/>
    <w:rsid w:val="00BA2466"/>
    <w:rsid w:val="00CB0664"/>
    <w:rsid w:val="00EC715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0E0293"/>
  <w14:defaultImageDpi w14:val="300"/>
  <w15:docId w15:val="{58AEE5E7-E2DA-4C46-BE0C-72AB40938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Times New Roman" w:hAnsi="Times New Roman"/>
      <w:color w:val="000000"/>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9C2B6-B0F5-4946-B02D-6A237D479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21</Pages>
  <Words>3175</Words>
  <Characters>18098</Characters>
  <Application>Microsoft Office Word</Application>
  <DocSecurity>0</DocSecurity>
  <Lines>150</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21231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 Windows</cp:lastModifiedBy>
  <cp:revision>14</cp:revision>
  <dcterms:created xsi:type="dcterms:W3CDTF">2013-12-23T23:15:00Z</dcterms:created>
  <dcterms:modified xsi:type="dcterms:W3CDTF">2026-10-21T06:29:00Z</dcterms:modified>
  <cp:category/>
</cp:coreProperties>
</file>