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Ushbu - http://portal.guldu.uz/ sayti telegramdagi @zemocoder kanali tomonidan buzib kirildi. Sayt zaifliki haqida malumot kanalda qoldirdim!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